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608E" w14:textId="5C3529E9" w:rsidR="006B5BDD" w:rsidRPr="00B0360D" w:rsidRDefault="006B5BDD" w:rsidP="006B5BDD">
      <w:pPr>
        <w:pStyle w:val="Title"/>
        <w:jc w:val="center"/>
        <w:rPr>
          <w:rFonts w:ascii="Times New Roman" w:hAnsi="Times New Roman" w:cs="Times New Roman"/>
          <w:color w:val="auto"/>
          <w:sz w:val="48"/>
          <w:szCs w:val="48"/>
        </w:rPr>
      </w:pPr>
      <w:r w:rsidRPr="00B0360D">
        <w:rPr>
          <w:rFonts w:ascii="Times New Roman" w:hAnsi="Times New Roman" w:cs="Times New Roman"/>
          <w:color w:val="auto"/>
          <w:sz w:val="48"/>
          <w:szCs w:val="48"/>
        </w:rPr>
        <w:t>Title of the Manuscript</w:t>
      </w:r>
    </w:p>
    <w:p w14:paraId="48D21FD8" w14:textId="77777777" w:rsidR="006B5BDD" w:rsidRPr="00B0360D" w:rsidRDefault="006B5BDD" w:rsidP="00A73540">
      <w:pPr>
        <w:spacing w:after="0"/>
        <w:jc w:val="center"/>
        <w:rPr>
          <w:rFonts w:cs="Times New Roman"/>
          <w:sz w:val="20"/>
          <w:szCs w:val="18"/>
        </w:rPr>
      </w:pPr>
      <w:r w:rsidRPr="00B0360D">
        <w:rPr>
          <w:rFonts w:cs="Times New Roman"/>
          <w:sz w:val="20"/>
          <w:szCs w:val="18"/>
        </w:rPr>
        <w:t>Author Full Name</w:t>
      </w:r>
      <w:r w:rsidRPr="003D4D0C">
        <w:rPr>
          <w:rFonts w:cs="Times New Roman"/>
          <w:sz w:val="20"/>
          <w:szCs w:val="18"/>
          <w:vertAlign w:val="superscript"/>
        </w:rPr>
        <w:t>1</w:t>
      </w:r>
      <w:r w:rsidRPr="00B0360D">
        <w:rPr>
          <w:rFonts w:cs="Times New Roman"/>
          <w:sz w:val="20"/>
          <w:szCs w:val="18"/>
        </w:rPr>
        <w:t>*, Author Full Name</w:t>
      </w:r>
      <w:r w:rsidRPr="003D4D0C">
        <w:rPr>
          <w:rFonts w:cs="Times New Roman"/>
          <w:sz w:val="20"/>
          <w:szCs w:val="18"/>
          <w:vertAlign w:val="superscript"/>
        </w:rPr>
        <w:t>2</w:t>
      </w:r>
    </w:p>
    <w:p w14:paraId="401C8FD7" w14:textId="77777777" w:rsidR="006B5BDD" w:rsidRPr="00B0360D" w:rsidRDefault="006B5BDD" w:rsidP="00A73540">
      <w:pPr>
        <w:spacing w:after="0"/>
        <w:jc w:val="center"/>
        <w:rPr>
          <w:rFonts w:cs="Times New Roman"/>
          <w:sz w:val="20"/>
          <w:szCs w:val="18"/>
        </w:rPr>
      </w:pPr>
      <w:r w:rsidRPr="003D4D0C">
        <w:rPr>
          <w:rFonts w:cs="Times New Roman"/>
          <w:sz w:val="20"/>
          <w:szCs w:val="18"/>
          <w:vertAlign w:val="superscript"/>
        </w:rPr>
        <w:t>1</w:t>
      </w:r>
      <w:r w:rsidRPr="00B0360D">
        <w:rPr>
          <w:rFonts w:cs="Times New Roman"/>
          <w:sz w:val="20"/>
          <w:szCs w:val="18"/>
        </w:rPr>
        <w:t xml:space="preserve"> Department, Institution Name, City, Country</w:t>
      </w:r>
    </w:p>
    <w:p w14:paraId="22C6F3F0" w14:textId="77777777" w:rsidR="006B5BDD" w:rsidRPr="00B0360D" w:rsidRDefault="006B5BDD" w:rsidP="00A73540">
      <w:pPr>
        <w:spacing w:after="0"/>
        <w:jc w:val="center"/>
        <w:rPr>
          <w:rFonts w:cs="Times New Roman"/>
          <w:sz w:val="20"/>
          <w:szCs w:val="18"/>
        </w:rPr>
      </w:pPr>
      <w:r w:rsidRPr="003D4D0C">
        <w:rPr>
          <w:rFonts w:cs="Times New Roman"/>
          <w:sz w:val="20"/>
          <w:szCs w:val="18"/>
          <w:vertAlign w:val="superscript"/>
        </w:rPr>
        <w:t>2</w:t>
      </w:r>
      <w:r w:rsidRPr="00B0360D">
        <w:rPr>
          <w:rFonts w:cs="Times New Roman"/>
          <w:sz w:val="20"/>
          <w:szCs w:val="18"/>
        </w:rPr>
        <w:t xml:space="preserve"> Department, Institution Name, City, Country</w:t>
      </w:r>
    </w:p>
    <w:p w14:paraId="458906F1" w14:textId="77777777" w:rsidR="006B5BDD" w:rsidRPr="00B0360D" w:rsidRDefault="006B5BDD" w:rsidP="00A73540">
      <w:pPr>
        <w:spacing w:after="0"/>
        <w:jc w:val="center"/>
        <w:rPr>
          <w:rFonts w:cs="Times New Roman"/>
          <w:sz w:val="20"/>
          <w:szCs w:val="18"/>
        </w:rPr>
      </w:pPr>
      <w:r w:rsidRPr="00B0360D">
        <w:rPr>
          <w:rFonts w:cs="Times New Roman"/>
          <w:sz w:val="20"/>
          <w:szCs w:val="18"/>
        </w:rPr>
        <w:t>*Corresponding Author: email@example.com</w:t>
      </w:r>
    </w:p>
    <w:p w14:paraId="34DC33B4" w14:textId="77777777" w:rsidR="006B5BDD" w:rsidRPr="00B0360D" w:rsidRDefault="006B5BDD" w:rsidP="00A73540">
      <w:pPr>
        <w:spacing w:after="0"/>
        <w:jc w:val="center"/>
        <w:rPr>
          <w:rFonts w:cs="Times New Roman"/>
        </w:rPr>
      </w:pPr>
      <w:r w:rsidRPr="00B0360D">
        <w:rPr>
          <w:rFonts w:cs="Times New Roman"/>
          <w:sz w:val="20"/>
          <w:szCs w:val="18"/>
        </w:rPr>
        <w:t>ORCID (optional): 0000-0000-0000-0000</w:t>
      </w:r>
    </w:p>
    <w:p w14:paraId="0C61D586" w14:textId="7327454E" w:rsidR="00C07A7F" w:rsidRPr="00B0360D" w:rsidRDefault="00000000">
      <w:pPr>
        <w:pStyle w:val="Heading1"/>
        <w:rPr>
          <w:rFonts w:ascii="Times New Roman" w:hAnsi="Times New Roman" w:cs="Times New Roman"/>
          <w:color w:val="auto"/>
          <w:sz w:val="24"/>
          <w:szCs w:val="24"/>
        </w:rPr>
      </w:pPr>
      <w:r w:rsidRPr="00B0360D">
        <w:rPr>
          <w:rFonts w:ascii="Times New Roman" w:hAnsi="Times New Roman" w:cs="Times New Roman"/>
          <w:color w:val="auto"/>
          <w:sz w:val="24"/>
          <w:szCs w:val="24"/>
        </w:rPr>
        <w:t>Abstract</w:t>
      </w:r>
    </w:p>
    <w:p w14:paraId="204933DF" w14:textId="77777777" w:rsidR="00C07A7F" w:rsidRPr="00B0360D" w:rsidRDefault="00000000">
      <w:pPr>
        <w:rPr>
          <w:rFonts w:cs="Times New Roman"/>
          <w:sz w:val="20"/>
          <w:szCs w:val="18"/>
        </w:rPr>
      </w:pPr>
      <w:r w:rsidRPr="00B0360D">
        <w:rPr>
          <w:rFonts w:cs="Times New Roman"/>
          <w:sz w:val="20"/>
          <w:szCs w:val="18"/>
        </w:rPr>
        <w:t>Provide a concise summary of the research including objective, methodology, key results, and conclusion (150–250 words).</w:t>
      </w:r>
    </w:p>
    <w:p w14:paraId="3357C2B6" w14:textId="77777777" w:rsidR="00C07A7F" w:rsidRPr="00B0360D" w:rsidRDefault="00000000">
      <w:pPr>
        <w:pStyle w:val="Heading1"/>
        <w:rPr>
          <w:rFonts w:ascii="Times New Roman" w:hAnsi="Times New Roman" w:cs="Times New Roman"/>
          <w:color w:val="auto"/>
          <w:sz w:val="24"/>
          <w:szCs w:val="24"/>
        </w:rPr>
      </w:pPr>
      <w:r w:rsidRPr="00B0360D">
        <w:rPr>
          <w:rFonts w:ascii="Times New Roman" w:hAnsi="Times New Roman" w:cs="Times New Roman"/>
          <w:color w:val="auto"/>
          <w:sz w:val="24"/>
          <w:szCs w:val="24"/>
        </w:rPr>
        <w:t>Keywords</w:t>
      </w:r>
    </w:p>
    <w:p w14:paraId="48D58BA5" w14:textId="15438002" w:rsidR="00C07A7F" w:rsidRPr="00B0360D" w:rsidRDefault="00000000">
      <w:pPr>
        <w:rPr>
          <w:rFonts w:cs="Times New Roman"/>
          <w:sz w:val="20"/>
          <w:szCs w:val="18"/>
        </w:rPr>
      </w:pPr>
      <w:r w:rsidRPr="00B0360D">
        <w:rPr>
          <w:rFonts w:cs="Times New Roman"/>
          <w:sz w:val="20"/>
          <w:szCs w:val="18"/>
        </w:rPr>
        <w:t>Keyword1, Keyword2, Keyword3, Keyword4</w:t>
      </w:r>
      <w:r w:rsidR="00E326D8" w:rsidRPr="00B0360D">
        <w:rPr>
          <w:rFonts w:cs="Times New Roman"/>
          <w:sz w:val="20"/>
          <w:szCs w:val="18"/>
        </w:rPr>
        <w:t>, Keyword</w:t>
      </w:r>
      <w:r w:rsidR="00D2651E" w:rsidRPr="00B0360D">
        <w:rPr>
          <w:rFonts w:cs="Times New Roman"/>
          <w:sz w:val="20"/>
          <w:szCs w:val="18"/>
        </w:rPr>
        <w:t>5</w:t>
      </w:r>
    </w:p>
    <w:p w14:paraId="4F9DC6EE" w14:textId="5BACC593" w:rsidR="00D82853" w:rsidRPr="00B0360D" w:rsidRDefault="00407D40" w:rsidP="00D82853">
      <w:pPr>
        <w:pStyle w:val="Heading1"/>
        <w:numPr>
          <w:ilvl w:val="0"/>
          <w:numId w:val="11"/>
        </w:numPr>
        <w:rPr>
          <w:rFonts w:ascii="Times New Roman" w:hAnsi="Times New Roman" w:cs="Times New Roman"/>
          <w:color w:val="auto"/>
          <w:sz w:val="24"/>
          <w:szCs w:val="24"/>
        </w:rPr>
      </w:pPr>
      <w:r w:rsidRPr="00B0360D">
        <w:rPr>
          <w:rFonts w:ascii="Times New Roman" w:hAnsi="Times New Roman" w:cs="Times New Roman"/>
          <w:color w:val="auto"/>
          <w:sz w:val="24"/>
          <w:szCs w:val="24"/>
        </w:rPr>
        <w:t>INTRODUCTION</w:t>
      </w:r>
    </w:p>
    <w:p w14:paraId="2B11E2BC" w14:textId="77777777" w:rsidR="001B12FB" w:rsidRPr="00B0360D" w:rsidRDefault="001B12FB" w:rsidP="00C7219F">
      <w:pPr>
        <w:pStyle w:val="Heading1"/>
        <w:spacing w:before="0" w:line="240" w:lineRule="auto"/>
        <w:rPr>
          <w:rFonts w:ascii="Times New Roman" w:eastAsiaTheme="minorEastAsia" w:hAnsi="Times New Roman" w:cs="Times New Roman"/>
          <w:b w:val="0"/>
          <w:bCs w:val="0"/>
          <w:color w:val="auto"/>
          <w:sz w:val="20"/>
          <w:szCs w:val="18"/>
        </w:rPr>
      </w:pPr>
      <w:r w:rsidRPr="00B0360D">
        <w:rPr>
          <w:rFonts w:ascii="Times New Roman" w:eastAsiaTheme="minorEastAsia" w:hAnsi="Times New Roman" w:cs="Times New Roman"/>
          <w:b w:val="0"/>
          <w:bCs w:val="0"/>
          <w:color w:val="auto"/>
          <w:sz w:val="20"/>
          <w:szCs w:val="18"/>
        </w:rPr>
        <w:t xml:space="preserve">The Introduction should clearly present the background of the study, the research problem, and the motivation for the work. Authors should: </w:t>
      </w:r>
    </w:p>
    <w:p w14:paraId="48C383F7" w14:textId="588FD7C7" w:rsidR="001B12FB" w:rsidRPr="00B0360D" w:rsidRDefault="001B12FB" w:rsidP="001B12FB">
      <w:pPr>
        <w:pStyle w:val="Heading1"/>
        <w:numPr>
          <w:ilvl w:val="0"/>
          <w:numId w:val="12"/>
        </w:numPr>
        <w:spacing w:before="0" w:line="240" w:lineRule="auto"/>
        <w:rPr>
          <w:rFonts w:ascii="Times New Roman" w:eastAsiaTheme="minorEastAsia" w:hAnsi="Times New Roman" w:cs="Times New Roman"/>
          <w:b w:val="0"/>
          <w:bCs w:val="0"/>
          <w:color w:val="auto"/>
          <w:sz w:val="20"/>
          <w:szCs w:val="18"/>
        </w:rPr>
      </w:pPr>
      <w:r w:rsidRPr="00B0360D">
        <w:rPr>
          <w:rFonts w:ascii="Times New Roman" w:eastAsiaTheme="minorEastAsia" w:hAnsi="Times New Roman" w:cs="Times New Roman"/>
          <w:b w:val="0"/>
          <w:bCs w:val="0"/>
          <w:color w:val="auto"/>
          <w:sz w:val="20"/>
          <w:szCs w:val="18"/>
        </w:rPr>
        <w:t>Provide context and importance of the research area.</w:t>
      </w:r>
    </w:p>
    <w:p w14:paraId="026C9688" w14:textId="77777777" w:rsidR="001B12FB" w:rsidRPr="00B0360D" w:rsidRDefault="001B12FB" w:rsidP="001B12FB">
      <w:pPr>
        <w:pStyle w:val="Heading1"/>
        <w:numPr>
          <w:ilvl w:val="0"/>
          <w:numId w:val="12"/>
        </w:numPr>
        <w:spacing w:before="0" w:line="240" w:lineRule="auto"/>
        <w:rPr>
          <w:rFonts w:ascii="Times New Roman" w:eastAsiaTheme="minorEastAsia" w:hAnsi="Times New Roman" w:cs="Times New Roman"/>
          <w:b w:val="0"/>
          <w:bCs w:val="0"/>
          <w:color w:val="auto"/>
          <w:sz w:val="20"/>
          <w:szCs w:val="18"/>
        </w:rPr>
      </w:pPr>
      <w:r w:rsidRPr="00B0360D">
        <w:rPr>
          <w:rFonts w:ascii="Times New Roman" w:eastAsiaTheme="minorEastAsia" w:hAnsi="Times New Roman" w:cs="Times New Roman"/>
          <w:b w:val="0"/>
          <w:bCs w:val="0"/>
          <w:color w:val="auto"/>
          <w:sz w:val="20"/>
          <w:szCs w:val="18"/>
        </w:rPr>
        <w:t>Clearly define the problem statement.</w:t>
      </w:r>
    </w:p>
    <w:p w14:paraId="41BBE282" w14:textId="77777777" w:rsidR="001B12FB" w:rsidRPr="00B0360D" w:rsidRDefault="001B12FB" w:rsidP="001B12FB">
      <w:pPr>
        <w:pStyle w:val="Heading1"/>
        <w:numPr>
          <w:ilvl w:val="0"/>
          <w:numId w:val="12"/>
        </w:numPr>
        <w:spacing w:before="0" w:line="240" w:lineRule="auto"/>
        <w:rPr>
          <w:rFonts w:ascii="Times New Roman" w:eastAsiaTheme="minorEastAsia" w:hAnsi="Times New Roman" w:cs="Times New Roman"/>
          <w:b w:val="0"/>
          <w:bCs w:val="0"/>
          <w:color w:val="auto"/>
          <w:sz w:val="20"/>
          <w:szCs w:val="18"/>
        </w:rPr>
      </w:pPr>
      <w:r w:rsidRPr="00B0360D">
        <w:rPr>
          <w:rFonts w:ascii="Times New Roman" w:eastAsiaTheme="minorEastAsia" w:hAnsi="Times New Roman" w:cs="Times New Roman"/>
          <w:b w:val="0"/>
          <w:bCs w:val="0"/>
          <w:color w:val="auto"/>
          <w:sz w:val="20"/>
          <w:szCs w:val="18"/>
        </w:rPr>
        <w:t>Identify gaps in existing research.</w:t>
      </w:r>
    </w:p>
    <w:p w14:paraId="79512D34" w14:textId="77777777" w:rsidR="001B12FB" w:rsidRPr="00B0360D" w:rsidRDefault="001B12FB" w:rsidP="001B12FB">
      <w:pPr>
        <w:pStyle w:val="Heading1"/>
        <w:numPr>
          <w:ilvl w:val="0"/>
          <w:numId w:val="12"/>
        </w:numPr>
        <w:spacing w:before="0" w:line="240" w:lineRule="auto"/>
        <w:rPr>
          <w:rFonts w:ascii="Times New Roman" w:eastAsiaTheme="minorEastAsia" w:hAnsi="Times New Roman" w:cs="Times New Roman"/>
          <w:b w:val="0"/>
          <w:bCs w:val="0"/>
          <w:color w:val="auto"/>
          <w:sz w:val="20"/>
          <w:szCs w:val="18"/>
        </w:rPr>
      </w:pPr>
      <w:r w:rsidRPr="00B0360D">
        <w:rPr>
          <w:rFonts w:ascii="Times New Roman" w:eastAsiaTheme="minorEastAsia" w:hAnsi="Times New Roman" w:cs="Times New Roman"/>
          <w:b w:val="0"/>
          <w:bCs w:val="0"/>
          <w:color w:val="auto"/>
          <w:sz w:val="20"/>
          <w:szCs w:val="18"/>
        </w:rPr>
        <w:t>State research objectives and contributions.</w:t>
      </w:r>
    </w:p>
    <w:p w14:paraId="399EE29E" w14:textId="77777777" w:rsidR="001B12FB" w:rsidRPr="00B0360D" w:rsidRDefault="001B12FB" w:rsidP="001B12FB">
      <w:pPr>
        <w:pStyle w:val="Heading1"/>
        <w:numPr>
          <w:ilvl w:val="0"/>
          <w:numId w:val="12"/>
        </w:numPr>
        <w:spacing w:before="0" w:line="240" w:lineRule="auto"/>
        <w:rPr>
          <w:rFonts w:ascii="Times New Roman" w:eastAsiaTheme="minorEastAsia" w:hAnsi="Times New Roman" w:cs="Times New Roman"/>
          <w:b w:val="0"/>
          <w:bCs w:val="0"/>
          <w:color w:val="auto"/>
          <w:sz w:val="20"/>
          <w:szCs w:val="18"/>
        </w:rPr>
      </w:pPr>
      <w:r w:rsidRPr="00B0360D">
        <w:rPr>
          <w:rFonts w:ascii="Times New Roman" w:eastAsiaTheme="minorEastAsia" w:hAnsi="Times New Roman" w:cs="Times New Roman"/>
          <w:b w:val="0"/>
          <w:bCs w:val="0"/>
          <w:color w:val="auto"/>
          <w:sz w:val="20"/>
          <w:szCs w:val="18"/>
        </w:rPr>
        <w:t>Briefly outline the structure of the paper.</w:t>
      </w:r>
    </w:p>
    <w:p w14:paraId="398E8B18" w14:textId="6B4D7B2F" w:rsidR="00D82853" w:rsidRPr="00B0360D" w:rsidRDefault="001B12FB" w:rsidP="001B12FB">
      <w:pPr>
        <w:pStyle w:val="Heading1"/>
        <w:spacing w:before="0" w:line="240" w:lineRule="auto"/>
        <w:rPr>
          <w:rFonts w:ascii="Times New Roman" w:eastAsiaTheme="minorEastAsia" w:hAnsi="Times New Roman" w:cs="Times New Roman"/>
          <w:b w:val="0"/>
          <w:bCs w:val="0"/>
          <w:color w:val="auto"/>
          <w:sz w:val="20"/>
          <w:szCs w:val="18"/>
        </w:rPr>
      </w:pPr>
      <w:r w:rsidRPr="00B0360D">
        <w:rPr>
          <w:rFonts w:ascii="Times New Roman" w:eastAsiaTheme="minorEastAsia" w:hAnsi="Times New Roman" w:cs="Times New Roman"/>
          <w:b w:val="0"/>
          <w:bCs w:val="0"/>
          <w:color w:val="auto"/>
          <w:sz w:val="20"/>
          <w:szCs w:val="18"/>
        </w:rPr>
        <w:t xml:space="preserve"> Avoid excessive literature discussion here. Focus on problem definition and contribution.</w:t>
      </w:r>
    </w:p>
    <w:p w14:paraId="0D9FCEA9" w14:textId="2A2DC471" w:rsidR="00C07A7F" w:rsidRPr="00B0360D" w:rsidRDefault="00407D40" w:rsidP="00D82853">
      <w:pPr>
        <w:pStyle w:val="Heading1"/>
        <w:numPr>
          <w:ilvl w:val="0"/>
          <w:numId w:val="11"/>
        </w:numPr>
        <w:rPr>
          <w:rFonts w:ascii="Times New Roman" w:hAnsi="Times New Roman" w:cs="Times New Roman"/>
          <w:color w:val="auto"/>
          <w:sz w:val="24"/>
          <w:szCs w:val="24"/>
        </w:rPr>
      </w:pPr>
      <w:r w:rsidRPr="00B0360D">
        <w:rPr>
          <w:rFonts w:ascii="Times New Roman" w:hAnsi="Times New Roman" w:cs="Times New Roman"/>
          <w:color w:val="auto"/>
          <w:sz w:val="24"/>
          <w:szCs w:val="24"/>
        </w:rPr>
        <w:t>LITERATURE REVIEW</w:t>
      </w:r>
    </w:p>
    <w:p w14:paraId="0419FF8E" w14:textId="77777777" w:rsidR="004B0AD5" w:rsidRPr="00B0360D" w:rsidRDefault="00B234DD" w:rsidP="004B0AD5">
      <w:pPr>
        <w:spacing w:after="0"/>
        <w:rPr>
          <w:rFonts w:cs="Times New Roman"/>
          <w:sz w:val="20"/>
          <w:szCs w:val="18"/>
        </w:rPr>
      </w:pPr>
      <w:r w:rsidRPr="00B0360D">
        <w:rPr>
          <w:rFonts w:cs="Times New Roman"/>
          <w:sz w:val="20"/>
          <w:szCs w:val="18"/>
        </w:rPr>
        <w:t xml:space="preserve">This section should critically analyze relevant existing studies.  </w:t>
      </w:r>
    </w:p>
    <w:p w14:paraId="469E35DF" w14:textId="77777777" w:rsidR="004B0AD5" w:rsidRPr="00B0360D" w:rsidRDefault="00B234DD" w:rsidP="004B0AD5">
      <w:pPr>
        <w:spacing w:after="0"/>
        <w:rPr>
          <w:rFonts w:cs="Times New Roman"/>
          <w:sz w:val="20"/>
          <w:szCs w:val="18"/>
        </w:rPr>
      </w:pPr>
      <w:r w:rsidRPr="00B0360D">
        <w:rPr>
          <w:rFonts w:cs="Times New Roman"/>
          <w:sz w:val="20"/>
          <w:szCs w:val="18"/>
        </w:rPr>
        <w:t>Authors should:</w:t>
      </w:r>
    </w:p>
    <w:p w14:paraId="1DC2A8AA" w14:textId="77777777" w:rsidR="004B0AD5" w:rsidRPr="00B0360D" w:rsidRDefault="00B234DD" w:rsidP="004B0AD5">
      <w:pPr>
        <w:pStyle w:val="ListParagraph"/>
        <w:numPr>
          <w:ilvl w:val="0"/>
          <w:numId w:val="13"/>
        </w:numPr>
        <w:spacing w:after="0"/>
        <w:rPr>
          <w:rFonts w:cs="Times New Roman"/>
          <w:sz w:val="20"/>
          <w:szCs w:val="18"/>
        </w:rPr>
      </w:pPr>
      <w:r w:rsidRPr="00B0360D">
        <w:rPr>
          <w:rFonts w:cs="Times New Roman"/>
          <w:sz w:val="20"/>
          <w:szCs w:val="18"/>
        </w:rPr>
        <w:t>Discuss prior research related to the topic</w:t>
      </w:r>
      <w:r w:rsidR="004B0AD5" w:rsidRPr="00B0360D">
        <w:rPr>
          <w:rFonts w:cs="Times New Roman"/>
          <w:sz w:val="20"/>
          <w:szCs w:val="18"/>
        </w:rPr>
        <w:t>.</w:t>
      </w:r>
    </w:p>
    <w:p w14:paraId="213A130B" w14:textId="77777777" w:rsidR="004B0AD5" w:rsidRPr="00B0360D" w:rsidRDefault="00B234DD" w:rsidP="004B0AD5">
      <w:pPr>
        <w:pStyle w:val="ListParagraph"/>
        <w:numPr>
          <w:ilvl w:val="0"/>
          <w:numId w:val="13"/>
        </w:numPr>
        <w:spacing w:after="0"/>
        <w:rPr>
          <w:rFonts w:cs="Times New Roman"/>
          <w:sz w:val="20"/>
          <w:szCs w:val="18"/>
        </w:rPr>
      </w:pPr>
      <w:r w:rsidRPr="00B0360D">
        <w:rPr>
          <w:rFonts w:cs="Times New Roman"/>
          <w:sz w:val="20"/>
          <w:szCs w:val="18"/>
        </w:rPr>
        <w:t>Compare methodologies used in previous studies</w:t>
      </w:r>
      <w:r w:rsidR="004B0AD5" w:rsidRPr="00B0360D">
        <w:rPr>
          <w:rFonts w:cs="Times New Roman"/>
          <w:sz w:val="20"/>
          <w:szCs w:val="18"/>
        </w:rPr>
        <w:t>.</w:t>
      </w:r>
    </w:p>
    <w:p w14:paraId="3148643B" w14:textId="77777777" w:rsidR="004B0AD5" w:rsidRPr="00B0360D" w:rsidRDefault="00B234DD" w:rsidP="004B0AD5">
      <w:pPr>
        <w:pStyle w:val="ListParagraph"/>
        <w:numPr>
          <w:ilvl w:val="0"/>
          <w:numId w:val="13"/>
        </w:numPr>
        <w:spacing w:after="0"/>
        <w:rPr>
          <w:rFonts w:cs="Times New Roman"/>
          <w:sz w:val="20"/>
          <w:szCs w:val="18"/>
        </w:rPr>
      </w:pPr>
      <w:r w:rsidRPr="00B0360D">
        <w:rPr>
          <w:rFonts w:cs="Times New Roman"/>
          <w:sz w:val="20"/>
          <w:szCs w:val="18"/>
        </w:rPr>
        <w:t>Highlight limitations of earlier approaches</w:t>
      </w:r>
      <w:r w:rsidR="004B0AD5" w:rsidRPr="00B0360D">
        <w:rPr>
          <w:rFonts w:cs="Times New Roman"/>
          <w:sz w:val="20"/>
          <w:szCs w:val="18"/>
        </w:rPr>
        <w:t>.</w:t>
      </w:r>
    </w:p>
    <w:p w14:paraId="63F7EA41" w14:textId="77777777" w:rsidR="004B0AD5" w:rsidRPr="00B0360D" w:rsidRDefault="00B234DD" w:rsidP="004B0AD5">
      <w:pPr>
        <w:pStyle w:val="ListParagraph"/>
        <w:numPr>
          <w:ilvl w:val="0"/>
          <w:numId w:val="13"/>
        </w:numPr>
        <w:spacing w:after="0"/>
        <w:rPr>
          <w:rFonts w:cs="Times New Roman"/>
          <w:sz w:val="20"/>
          <w:szCs w:val="18"/>
        </w:rPr>
      </w:pPr>
      <w:r w:rsidRPr="00B0360D">
        <w:rPr>
          <w:rFonts w:cs="Times New Roman"/>
          <w:sz w:val="20"/>
          <w:szCs w:val="18"/>
        </w:rPr>
        <w:t>Identify research gaps</w:t>
      </w:r>
      <w:r w:rsidR="004B0AD5" w:rsidRPr="00B0360D">
        <w:rPr>
          <w:rFonts w:cs="Times New Roman"/>
          <w:sz w:val="20"/>
          <w:szCs w:val="18"/>
        </w:rPr>
        <w:t>.</w:t>
      </w:r>
    </w:p>
    <w:p w14:paraId="25163EA9" w14:textId="77777777" w:rsidR="004B0AD5" w:rsidRPr="00B0360D" w:rsidRDefault="00B234DD" w:rsidP="004B0AD5">
      <w:pPr>
        <w:pStyle w:val="ListParagraph"/>
        <w:numPr>
          <w:ilvl w:val="0"/>
          <w:numId w:val="13"/>
        </w:numPr>
        <w:spacing w:after="0"/>
        <w:rPr>
          <w:rFonts w:cs="Times New Roman"/>
          <w:sz w:val="20"/>
          <w:szCs w:val="18"/>
        </w:rPr>
      </w:pPr>
      <w:r w:rsidRPr="00B0360D">
        <w:rPr>
          <w:rFonts w:cs="Times New Roman"/>
          <w:sz w:val="20"/>
          <w:szCs w:val="18"/>
        </w:rPr>
        <w:t>Justify the need for the present study</w:t>
      </w:r>
      <w:r w:rsidR="004B0AD5" w:rsidRPr="00B0360D">
        <w:rPr>
          <w:rFonts w:cs="Times New Roman"/>
          <w:sz w:val="20"/>
          <w:szCs w:val="18"/>
        </w:rPr>
        <w:t>.</w:t>
      </w:r>
    </w:p>
    <w:p w14:paraId="3C6DF85F" w14:textId="738A8B7D" w:rsidR="00B34D7D" w:rsidRPr="00B0360D" w:rsidRDefault="00B234DD" w:rsidP="0046429B">
      <w:pPr>
        <w:spacing w:after="0"/>
        <w:rPr>
          <w:rFonts w:cs="Times New Roman"/>
          <w:sz w:val="20"/>
          <w:szCs w:val="18"/>
        </w:rPr>
      </w:pPr>
      <w:r w:rsidRPr="00B0360D">
        <w:rPr>
          <w:rFonts w:cs="Times New Roman"/>
          <w:sz w:val="20"/>
          <w:szCs w:val="18"/>
        </w:rPr>
        <w:t>Do not merely list previous papers. Provide comparative and analytical discussion.</w:t>
      </w:r>
    </w:p>
    <w:p w14:paraId="6D5F56F7" w14:textId="77777777" w:rsidR="00080065" w:rsidRPr="00B0360D" w:rsidRDefault="00080065" w:rsidP="0046429B">
      <w:pPr>
        <w:spacing w:after="0"/>
        <w:rPr>
          <w:rFonts w:cs="Times New Roman"/>
        </w:rPr>
      </w:pPr>
    </w:p>
    <w:p w14:paraId="41213188" w14:textId="6BD80D65" w:rsidR="00FA3113" w:rsidRPr="00B0360D" w:rsidRDefault="00795E94" w:rsidP="004F4B22">
      <w:pPr>
        <w:pStyle w:val="ListParagraph"/>
        <w:numPr>
          <w:ilvl w:val="1"/>
          <w:numId w:val="11"/>
        </w:numPr>
        <w:spacing w:after="0"/>
        <w:ind w:left="851" w:hanging="567"/>
        <w:rPr>
          <w:rFonts w:cs="Times New Roman"/>
          <w:b/>
          <w:bCs/>
          <w:sz w:val="20"/>
          <w:szCs w:val="18"/>
        </w:rPr>
      </w:pPr>
      <w:r w:rsidRPr="00B0360D">
        <w:rPr>
          <w:rFonts w:cs="Times New Roman"/>
          <w:b/>
          <w:bCs/>
          <w:sz w:val="20"/>
          <w:szCs w:val="18"/>
        </w:rPr>
        <w:t xml:space="preserve">Thematic Review </w:t>
      </w:r>
      <w:r w:rsidR="00DC1C3F" w:rsidRPr="00B0360D">
        <w:rPr>
          <w:rFonts w:cs="Times New Roman"/>
          <w:b/>
          <w:bCs/>
          <w:sz w:val="20"/>
          <w:szCs w:val="18"/>
        </w:rPr>
        <w:t xml:space="preserve">of </w:t>
      </w:r>
      <w:r w:rsidRPr="00B0360D">
        <w:rPr>
          <w:rFonts w:cs="Times New Roman"/>
          <w:b/>
          <w:bCs/>
          <w:sz w:val="20"/>
          <w:szCs w:val="18"/>
        </w:rPr>
        <w:t>Existing Approaches</w:t>
      </w:r>
    </w:p>
    <w:p w14:paraId="52FE8417" w14:textId="5E779BDB" w:rsidR="00633ABB" w:rsidRPr="00B0360D" w:rsidRDefault="00633ABB" w:rsidP="00263CD9">
      <w:pPr>
        <w:spacing w:after="0"/>
        <w:rPr>
          <w:rFonts w:cs="Times New Roman"/>
          <w:sz w:val="20"/>
          <w:szCs w:val="18"/>
        </w:rPr>
      </w:pPr>
      <w:r w:rsidRPr="00B0360D">
        <w:rPr>
          <w:rFonts w:cs="Times New Roman"/>
          <w:sz w:val="20"/>
          <w:szCs w:val="18"/>
        </w:rPr>
        <w:t>Use subsections to organize literature thematically.</w:t>
      </w:r>
    </w:p>
    <w:p w14:paraId="1AE083CA" w14:textId="091E5015" w:rsidR="00633ABB" w:rsidRPr="00B0360D" w:rsidRDefault="00633ABB" w:rsidP="00263CD9">
      <w:pPr>
        <w:spacing w:after="0"/>
        <w:rPr>
          <w:rFonts w:cs="Times New Roman"/>
          <w:sz w:val="20"/>
          <w:szCs w:val="18"/>
        </w:rPr>
      </w:pPr>
      <w:r w:rsidRPr="00B0360D">
        <w:rPr>
          <w:rFonts w:cs="Times New Roman"/>
          <w:sz w:val="20"/>
          <w:szCs w:val="18"/>
        </w:rPr>
        <w:t>Example:</w:t>
      </w:r>
    </w:p>
    <w:p w14:paraId="76019451" w14:textId="77777777" w:rsidR="00633ABB" w:rsidRPr="00B0360D" w:rsidRDefault="00633ABB" w:rsidP="00633ABB">
      <w:pPr>
        <w:pStyle w:val="ListParagraph"/>
        <w:numPr>
          <w:ilvl w:val="2"/>
          <w:numId w:val="11"/>
        </w:numPr>
        <w:spacing w:after="0"/>
        <w:rPr>
          <w:rFonts w:cs="Times New Roman"/>
          <w:sz w:val="20"/>
          <w:szCs w:val="18"/>
        </w:rPr>
      </w:pPr>
      <w:r w:rsidRPr="00B0360D">
        <w:rPr>
          <w:rFonts w:cs="Times New Roman"/>
          <w:sz w:val="20"/>
          <w:szCs w:val="18"/>
        </w:rPr>
        <w:t xml:space="preserve">Machine Learning Approaches </w:t>
      </w:r>
    </w:p>
    <w:p w14:paraId="35A3D32C" w14:textId="77777777" w:rsidR="00633ABB" w:rsidRPr="00B0360D" w:rsidRDefault="00633ABB" w:rsidP="00633ABB">
      <w:pPr>
        <w:pStyle w:val="ListParagraph"/>
        <w:numPr>
          <w:ilvl w:val="2"/>
          <w:numId w:val="11"/>
        </w:numPr>
        <w:spacing w:after="0"/>
        <w:rPr>
          <w:rFonts w:cs="Times New Roman"/>
          <w:sz w:val="20"/>
          <w:szCs w:val="18"/>
        </w:rPr>
      </w:pPr>
      <w:r w:rsidRPr="00B0360D">
        <w:rPr>
          <w:rFonts w:cs="Times New Roman"/>
          <w:sz w:val="20"/>
          <w:szCs w:val="18"/>
        </w:rPr>
        <w:t xml:space="preserve">IoT-Based Systems </w:t>
      </w:r>
    </w:p>
    <w:p w14:paraId="1AC41064" w14:textId="6B0C2FCC" w:rsidR="00080065" w:rsidRPr="00B0360D" w:rsidRDefault="00633ABB" w:rsidP="00080065">
      <w:pPr>
        <w:pStyle w:val="ListParagraph"/>
        <w:numPr>
          <w:ilvl w:val="2"/>
          <w:numId w:val="11"/>
        </w:numPr>
        <w:spacing w:after="0"/>
        <w:rPr>
          <w:rFonts w:cs="Times New Roman"/>
          <w:sz w:val="20"/>
          <w:szCs w:val="18"/>
        </w:rPr>
      </w:pPr>
      <w:r w:rsidRPr="00B0360D">
        <w:rPr>
          <w:rFonts w:cs="Times New Roman"/>
          <w:sz w:val="20"/>
          <w:szCs w:val="18"/>
        </w:rPr>
        <w:t xml:space="preserve">Optimization Techniques  </w:t>
      </w:r>
    </w:p>
    <w:p w14:paraId="1CE7313D" w14:textId="3E63BDF7" w:rsidR="002943DB" w:rsidRPr="00B0360D" w:rsidRDefault="002943DB" w:rsidP="002943DB">
      <w:pPr>
        <w:spacing w:after="0"/>
        <w:rPr>
          <w:rFonts w:cs="Times New Roman"/>
          <w:sz w:val="20"/>
          <w:szCs w:val="18"/>
        </w:rPr>
      </w:pPr>
    </w:p>
    <w:p w14:paraId="6C58A349" w14:textId="0A26FABB" w:rsidR="002943DB" w:rsidRPr="00B0360D" w:rsidRDefault="00150F84" w:rsidP="004F4B22">
      <w:pPr>
        <w:pStyle w:val="ListParagraph"/>
        <w:numPr>
          <w:ilvl w:val="1"/>
          <w:numId w:val="11"/>
        </w:numPr>
        <w:spacing w:after="0"/>
        <w:ind w:left="851" w:hanging="567"/>
        <w:rPr>
          <w:rFonts w:cs="Times New Roman"/>
          <w:b/>
          <w:bCs/>
          <w:sz w:val="20"/>
          <w:szCs w:val="18"/>
        </w:rPr>
      </w:pPr>
      <w:r w:rsidRPr="00B0360D">
        <w:rPr>
          <w:rFonts w:cs="Times New Roman"/>
          <w:b/>
          <w:bCs/>
          <w:sz w:val="20"/>
          <w:szCs w:val="18"/>
        </w:rPr>
        <w:t>Research Gap and Problem Identification</w:t>
      </w:r>
    </w:p>
    <w:p w14:paraId="6B4C79CD" w14:textId="77777777" w:rsidR="00C14C8F" w:rsidRPr="00B0360D" w:rsidRDefault="00C14C8F" w:rsidP="00C14C8F">
      <w:pPr>
        <w:spacing w:after="0"/>
        <w:rPr>
          <w:rFonts w:cs="Times New Roman"/>
          <w:sz w:val="20"/>
          <w:szCs w:val="18"/>
        </w:rPr>
      </w:pPr>
      <w:r w:rsidRPr="00B0360D">
        <w:rPr>
          <w:rFonts w:cs="Times New Roman"/>
          <w:sz w:val="20"/>
          <w:szCs w:val="18"/>
        </w:rPr>
        <w:t>This subsection should clearly identify the limitations of existing studies and justify the need for the present research.</w:t>
      </w:r>
    </w:p>
    <w:p w14:paraId="6FE999BE" w14:textId="77777777" w:rsidR="00C14C8F" w:rsidRPr="00B0360D" w:rsidRDefault="00C14C8F" w:rsidP="00C14C8F">
      <w:pPr>
        <w:spacing w:after="0"/>
        <w:rPr>
          <w:rFonts w:cs="Times New Roman"/>
          <w:sz w:val="20"/>
          <w:szCs w:val="18"/>
        </w:rPr>
      </w:pPr>
      <w:r w:rsidRPr="00B0360D">
        <w:rPr>
          <w:rFonts w:cs="Times New Roman"/>
          <w:sz w:val="20"/>
          <w:szCs w:val="18"/>
        </w:rPr>
        <w:lastRenderedPageBreak/>
        <w:t>Authors should:</w:t>
      </w:r>
    </w:p>
    <w:p w14:paraId="6FBBF9FE" w14:textId="77777777" w:rsidR="00C14C8F" w:rsidRPr="00B0360D" w:rsidRDefault="00C14C8F" w:rsidP="00C14C8F">
      <w:pPr>
        <w:numPr>
          <w:ilvl w:val="0"/>
          <w:numId w:val="16"/>
        </w:numPr>
        <w:spacing w:after="0"/>
        <w:rPr>
          <w:rFonts w:cs="Times New Roman"/>
          <w:sz w:val="20"/>
          <w:szCs w:val="18"/>
        </w:rPr>
      </w:pPr>
      <w:r w:rsidRPr="00B0360D">
        <w:rPr>
          <w:rFonts w:cs="Times New Roman"/>
          <w:sz w:val="20"/>
          <w:szCs w:val="18"/>
        </w:rPr>
        <w:t>Summarize key findings from previous studies discussed in Section 2.1</w:t>
      </w:r>
    </w:p>
    <w:p w14:paraId="19727BBD" w14:textId="626BA917" w:rsidR="00C14C8F" w:rsidRPr="00B0360D" w:rsidRDefault="00C14C8F" w:rsidP="00C14C8F">
      <w:pPr>
        <w:numPr>
          <w:ilvl w:val="0"/>
          <w:numId w:val="16"/>
        </w:numPr>
        <w:spacing w:after="0"/>
        <w:rPr>
          <w:rFonts w:cs="Times New Roman"/>
          <w:sz w:val="20"/>
          <w:szCs w:val="18"/>
        </w:rPr>
      </w:pPr>
      <w:r w:rsidRPr="00B0360D">
        <w:rPr>
          <w:rFonts w:cs="Times New Roman"/>
          <w:sz w:val="20"/>
          <w:szCs w:val="18"/>
        </w:rPr>
        <w:t>Highlight methodological limitations, data constraints, or performance gaps</w:t>
      </w:r>
    </w:p>
    <w:p w14:paraId="5801BBE1" w14:textId="77777777" w:rsidR="00C14C8F" w:rsidRPr="00B0360D" w:rsidRDefault="00C14C8F" w:rsidP="00C14C8F">
      <w:pPr>
        <w:numPr>
          <w:ilvl w:val="0"/>
          <w:numId w:val="16"/>
        </w:numPr>
        <w:spacing w:after="0"/>
        <w:rPr>
          <w:rFonts w:cs="Times New Roman"/>
          <w:sz w:val="20"/>
          <w:szCs w:val="18"/>
        </w:rPr>
      </w:pPr>
      <w:r w:rsidRPr="00B0360D">
        <w:rPr>
          <w:rFonts w:cs="Times New Roman"/>
          <w:sz w:val="20"/>
          <w:szCs w:val="18"/>
        </w:rPr>
        <w:t>Identify unresolved research challenges</w:t>
      </w:r>
    </w:p>
    <w:p w14:paraId="559185BF" w14:textId="77777777" w:rsidR="00C14C8F" w:rsidRPr="00B0360D" w:rsidRDefault="00C14C8F" w:rsidP="00C14C8F">
      <w:pPr>
        <w:numPr>
          <w:ilvl w:val="0"/>
          <w:numId w:val="16"/>
        </w:numPr>
        <w:spacing w:after="0"/>
        <w:rPr>
          <w:rFonts w:cs="Times New Roman"/>
          <w:sz w:val="20"/>
          <w:szCs w:val="18"/>
        </w:rPr>
      </w:pPr>
      <w:r w:rsidRPr="00B0360D">
        <w:rPr>
          <w:rFonts w:cs="Times New Roman"/>
          <w:sz w:val="20"/>
          <w:szCs w:val="18"/>
        </w:rPr>
        <w:t>Clearly state what is missing in current literature</w:t>
      </w:r>
    </w:p>
    <w:p w14:paraId="4AC4D683" w14:textId="77777777" w:rsidR="00C14C8F" w:rsidRPr="00B0360D" w:rsidRDefault="00C14C8F" w:rsidP="00C14C8F">
      <w:pPr>
        <w:numPr>
          <w:ilvl w:val="0"/>
          <w:numId w:val="16"/>
        </w:numPr>
        <w:spacing w:after="0"/>
        <w:rPr>
          <w:rFonts w:cs="Times New Roman"/>
          <w:sz w:val="20"/>
          <w:szCs w:val="18"/>
        </w:rPr>
      </w:pPr>
      <w:r w:rsidRPr="00B0360D">
        <w:rPr>
          <w:rFonts w:cs="Times New Roman"/>
          <w:sz w:val="20"/>
          <w:szCs w:val="18"/>
        </w:rPr>
        <w:t>Explain how the proposed study addresses these gaps</w:t>
      </w:r>
    </w:p>
    <w:p w14:paraId="7C664F88" w14:textId="77777777" w:rsidR="00C14C8F" w:rsidRPr="00B0360D" w:rsidRDefault="00C14C8F" w:rsidP="00C14C8F">
      <w:pPr>
        <w:spacing w:after="0"/>
        <w:rPr>
          <w:rFonts w:cs="Times New Roman"/>
          <w:sz w:val="20"/>
          <w:szCs w:val="18"/>
        </w:rPr>
      </w:pPr>
      <w:r w:rsidRPr="00B0360D">
        <w:rPr>
          <w:rFonts w:cs="Times New Roman"/>
          <w:sz w:val="20"/>
          <w:szCs w:val="18"/>
        </w:rPr>
        <w:t>Avoid vague statements such as “limited research exists.” Instead, provide specific analytical comparison.</w:t>
      </w:r>
    </w:p>
    <w:p w14:paraId="51E92248" w14:textId="1F7D1538" w:rsidR="002943DB" w:rsidRPr="00B0360D" w:rsidRDefault="002943DB" w:rsidP="00080065">
      <w:pPr>
        <w:spacing w:after="0"/>
        <w:rPr>
          <w:rFonts w:cs="Times New Roman"/>
          <w:sz w:val="20"/>
          <w:szCs w:val="18"/>
        </w:rPr>
      </w:pPr>
    </w:p>
    <w:p w14:paraId="38E0BA74" w14:textId="582FE79B" w:rsidR="00080065" w:rsidRPr="00B0360D" w:rsidRDefault="00080065" w:rsidP="00080065">
      <w:pPr>
        <w:spacing w:after="0"/>
        <w:rPr>
          <w:rFonts w:cs="Times New Roman"/>
          <w:sz w:val="20"/>
          <w:szCs w:val="18"/>
        </w:rPr>
      </w:pPr>
      <w:r w:rsidRPr="00B0360D">
        <w:rPr>
          <w:rFonts w:cs="Times New Roman"/>
          <w:sz w:val="20"/>
          <w:szCs w:val="18"/>
        </w:rPr>
        <w:t xml:space="preserve">Each subsection should maintain logical flow and </w:t>
      </w:r>
      <w:r w:rsidR="00585FBB" w:rsidRPr="00B0360D">
        <w:rPr>
          <w:rFonts w:cs="Times New Roman"/>
          <w:sz w:val="20"/>
          <w:szCs w:val="18"/>
        </w:rPr>
        <w:t>research</w:t>
      </w:r>
      <w:r w:rsidRPr="00B0360D">
        <w:rPr>
          <w:rFonts w:cs="Times New Roman"/>
          <w:sz w:val="20"/>
          <w:szCs w:val="18"/>
        </w:rPr>
        <w:t xml:space="preserve"> clarity.</w:t>
      </w:r>
    </w:p>
    <w:p w14:paraId="7D657DB0" w14:textId="3851AEC1" w:rsidR="00C07A7F" w:rsidRPr="00B0360D" w:rsidRDefault="00407D40" w:rsidP="00BE167D">
      <w:pPr>
        <w:pStyle w:val="Heading1"/>
        <w:numPr>
          <w:ilvl w:val="0"/>
          <w:numId w:val="11"/>
        </w:numPr>
        <w:rPr>
          <w:rFonts w:ascii="Times New Roman" w:hAnsi="Times New Roman" w:cs="Times New Roman"/>
          <w:color w:val="auto"/>
          <w:sz w:val="24"/>
          <w:szCs w:val="24"/>
        </w:rPr>
      </w:pPr>
      <w:r w:rsidRPr="00B0360D">
        <w:rPr>
          <w:rFonts w:ascii="Times New Roman" w:hAnsi="Times New Roman" w:cs="Times New Roman"/>
          <w:color w:val="auto"/>
          <w:sz w:val="24"/>
          <w:szCs w:val="24"/>
        </w:rPr>
        <w:t>METHODOLOGY</w:t>
      </w:r>
    </w:p>
    <w:p w14:paraId="230C6FD3" w14:textId="77777777" w:rsidR="00BD1F94" w:rsidRPr="00B0360D" w:rsidRDefault="00BD1F94" w:rsidP="00604954">
      <w:pPr>
        <w:spacing w:after="0"/>
        <w:rPr>
          <w:rFonts w:cs="Times New Roman"/>
          <w:sz w:val="20"/>
          <w:szCs w:val="18"/>
          <w:lang w:val="en-IN"/>
        </w:rPr>
      </w:pPr>
      <w:r w:rsidRPr="00B0360D">
        <w:rPr>
          <w:rFonts w:cs="Times New Roman"/>
          <w:sz w:val="20"/>
          <w:szCs w:val="18"/>
          <w:lang w:val="en-IN"/>
        </w:rPr>
        <w:t>This section must clearly describe how the research was conducted.</w:t>
      </w:r>
    </w:p>
    <w:p w14:paraId="2F2AAFEB" w14:textId="77777777" w:rsidR="00BD1F94" w:rsidRPr="00B0360D" w:rsidRDefault="00BD1F94" w:rsidP="00604954">
      <w:pPr>
        <w:spacing w:after="0"/>
        <w:rPr>
          <w:rFonts w:cs="Times New Roman"/>
          <w:sz w:val="20"/>
          <w:szCs w:val="18"/>
          <w:lang w:val="en-IN"/>
        </w:rPr>
      </w:pPr>
      <w:r w:rsidRPr="00B0360D">
        <w:rPr>
          <w:rFonts w:cs="Times New Roman"/>
          <w:sz w:val="20"/>
          <w:szCs w:val="18"/>
          <w:lang w:val="en-IN"/>
        </w:rPr>
        <w:t>Include:</w:t>
      </w:r>
    </w:p>
    <w:p w14:paraId="13ABA20A" w14:textId="77777777" w:rsidR="00BD1F94" w:rsidRPr="00B0360D" w:rsidRDefault="00BD1F94" w:rsidP="00604954">
      <w:pPr>
        <w:numPr>
          <w:ilvl w:val="0"/>
          <w:numId w:val="18"/>
        </w:numPr>
        <w:spacing w:after="0"/>
        <w:rPr>
          <w:rFonts w:cs="Times New Roman"/>
          <w:sz w:val="20"/>
          <w:szCs w:val="18"/>
          <w:lang w:val="en-IN"/>
        </w:rPr>
      </w:pPr>
      <w:r w:rsidRPr="00B0360D">
        <w:rPr>
          <w:rFonts w:cs="Times New Roman"/>
          <w:sz w:val="20"/>
          <w:szCs w:val="18"/>
          <w:lang w:val="en-IN"/>
        </w:rPr>
        <w:t>Research design</w:t>
      </w:r>
    </w:p>
    <w:p w14:paraId="3A74210A" w14:textId="77777777" w:rsidR="00BD1F94" w:rsidRPr="00B0360D" w:rsidRDefault="00BD1F94" w:rsidP="00604954">
      <w:pPr>
        <w:numPr>
          <w:ilvl w:val="0"/>
          <w:numId w:val="18"/>
        </w:numPr>
        <w:spacing w:after="0"/>
        <w:rPr>
          <w:rFonts w:cs="Times New Roman"/>
          <w:sz w:val="20"/>
          <w:szCs w:val="18"/>
          <w:lang w:val="en-IN"/>
        </w:rPr>
      </w:pPr>
      <w:r w:rsidRPr="00B0360D">
        <w:rPr>
          <w:rFonts w:cs="Times New Roman"/>
          <w:sz w:val="20"/>
          <w:szCs w:val="18"/>
          <w:lang w:val="en-IN"/>
        </w:rPr>
        <w:t>Materials and tools used</w:t>
      </w:r>
    </w:p>
    <w:p w14:paraId="14245A72" w14:textId="77777777" w:rsidR="00BD1F94" w:rsidRPr="00B0360D" w:rsidRDefault="00BD1F94" w:rsidP="00604954">
      <w:pPr>
        <w:numPr>
          <w:ilvl w:val="0"/>
          <w:numId w:val="18"/>
        </w:numPr>
        <w:spacing w:after="0"/>
        <w:rPr>
          <w:rFonts w:cs="Times New Roman"/>
          <w:sz w:val="20"/>
          <w:szCs w:val="18"/>
          <w:lang w:val="en-IN"/>
        </w:rPr>
      </w:pPr>
      <w:r w:rsidRPr="00B0360D">
        <w:rPr>
          <w:rFonts w:cs="Times New Roman"/>
          <w:sz w:val="20"/>
          <w:szCs w:val="18"/>
          <w:lang w:val="en-IN"/>
        </w:rPr>
        <w:t>Data collection methods</w:t>
      </w:r>
    </w:p>
    <w:p w14:paraId="51AE8AC6" w14:textId="77777777" w:rsidR="00BD1F94" w:rsidRPr="00B0360D" w:rsidRDefault="00BD1F94" w:rsidP="00604954">
      <w:pPr>
        <w:numPr>
          <w:ilvl w:val="0"/>
          <w:numId w:val="18"/>
        </w:numPr>
        <w:spacing w:after="0"/>
        <w:rPr>
          <w:rFonts w:cs="Times New Roman"/>
          <w:sz w:val="20"/>
          <w:szCs w:val="18"/>
          <w:lang w:val="en-IN"/>
        </w:rPr>
      </w:pPr>
      <w:r w:rsidRPr="00B0360D">
        <w:rPr>
          <w:rFonts w:cs="Times New Roman"/>
          <w:sz w:val="20"/>
          <w:szCs w:val="18"/>
          <w:lang w:val="en-IN"/>
        </w:rPr>
        <w:t>Algorithms or mathematical models</w:t>
      </w:r>
    </w:p>
    <w:p w14:paraId="300EB316" w14:textId="77777777" w:rsidR="00BD1F94" w:rsidRPr="00B0360D" w:rsidRDefault="00BD1F94" w:rsidP="00604954">
      <w:pPr>
        <w:numPr>
          <w:ilvl w:val="0"/>
          <w:numId w:val="18"/>
        </w:numPr>
        <w:spacing w:after="0"/>
        <w:rPr>
          <w:rFonts w:cs="Times New Roman"/>
          <w:sz w:val="20"/>
          <w:szCs w:val="18"/>
          <w:lang w:val="en-IN"/>
        </w:rPr>
      </w:pPr>
      <w:r w:rsidRPr="00B0360D">
        <w:rPr>
          <w:rFonts w:cs="Times New Roman"/>
          <w:sz w:val="20"/>
          <w:szCs w:val="18"/>
          <w:lang w:val="en-IN"/>
        </w:rPr>
        <w:t>Experimental setup</w:t>
      </w:r>
    </w:p>
    <w:p w14:paraId="3EF90EB6" w14:textId="77777777" w:rsidR="00BD1F94" w:rsidRPr="00B0360D" w:rsidRDefault="00BD1F94" w:rsidP="00604954">
      <w:pPr>
        <w:numPr>
          <w:ilvl w:val="0"/>
          <w:numId w:val="18"/>
        </w:numPr>
        <w:spacing w:after="0"/>
        <w:rPr>
          <w:rFonts w:cs="Times New Roman"/>
          <w:sz w:val="20"/>
          <w:szCs w:val="18"/>
          <w:lang w:val="en-IN"/>
        </w:rPr>
      </w:pPr>
      <w:r w:rsidRPr="00B0360D">
        <w:rPr>
          <w:rFonts w:cs="Times New Roman"/>
          <w:sz w:val="20"/>
          <w:szCs w:val="18"/>
          <w:lang w:val="en-IN"/>
        </w:rPr>
        <w:t>Statistical methods</w:t>
      </w:r>
    </w:p>
    <w:p w14:paraId="73B62D09" w14:textId="77777777" w:rsidR="00BD1F94" w:rsidRPr="00B0360D" w:rsidRDefault="00BD1F94" w:rsidP="00604954">
      <w:pPr>
        <w:spacing w:after="0"/>
        <w:rPr>
          <w:rFonts w:cs="Times New Roman"/>
          <w:sz w:val="20"/>
          <w:szCs w:val="18"/>
          <w:lang w:val="en-IN"/>
        </w:rPr>
      </w:pPr>
      <w:r w:rsidRPr="00B0360D">
        <w:rPr>
          <w:rFonts w:cs="Times New Roman"/>
          <w:sz w:val="20"/>
          <w:szCs w:val="18"/>
          <w:lang w:val="en-IN"/>
        </w:rPr>
        <w:t>Provide sufficient detail so that the study can be replicated.</w:t>
      </w:r>
    </w:p>
    <w:p w14:paraId="2EEAB911" w14:textId="77777777" w:rsidR="00BD1F94" w:rsidRPr="00B0360D" w:rsidRDefault="00BD1F94" w:rsidP="00604954">
      <w:pPr>
        <w:spacing w:after="0"/>
        <w:rPr>
          <w:rFonts w:cs="Times New Roman"/>
          <w:sz w:val="20"/>
          <w:szCs w:val="18"/>
          <w:lang w:val="en-IN"/>
        </w:rPr>
      </w:pPr>
      <w:r w:rsidRPr="00B0360D">
        <w:rPr>
          <w:rFonts w:cs="Times New Roman"/>
          <w:sz w:val="20"/>
          <w:szCs w:val="18"/>
          <w:lang w:val="en-IN"/>
        </w:rPr>
        <w:t>Include equations and diagrams where necessary.</w:t>
      </w:r>
    </w:p>
    <w:p w14:paraId="1BFE9A40" w14:textId="77777777" w:rsidR="0090799A" w:rsidRPr="00B0360D" w:rsidRDefault="0090799A" w:rsidP="0090799A">
      <w:pPr>
        <w:spacing w:after="0"/>
        <w:rPr>
          <w:rFonts w:cs="Times New Roman"/>
        </w:rPr>
      </w:pPr>
    </w:p>
    <w:p w14:paraId="11705A8D" w14:textId="44566470" w:rsidR="0090799A" w:rsidRPr="00B0360D" w:rsidRDefault="00F90BA4" w:rsidP="0090799A">
      <w:pPr>
        <w:pStyle w:val="ListParagraph"/>
        <w:numPr>
          <w:ilvl w:val="1"/>
          <w:numId w:val="11"/>
        </w:numPr>
        <w:spacing w:after="0"/>
        <w:ind w:left="851" w:hanging="567"/>
        <w:rPr>
          <w:rFonts w:cs="Times New Roman"/>
          <w:b/>
          <w:bCs/>
          <w:sz w:val="20"/>
          <w:szCs w:val="18"/>
        </w:rPr>
      </w:pPr>
      <w:r w:rsidRPr="00B0360D">
        <w:rPr>
          <w:rFonts w:cs="Times New Roman"/>
          <w:b/>
          <w:bCs/>
          <w:sz w:val="20"/>
          <w:szCs w:val="18"/>
        </w:rPr>
        <w:t>Proposed System Architecture</w:t>
      </w:r>
    </w:p>
    <w:p w14:paraId="3B55F1D0" w14:textId="6DE2EA19" w:rsidR="00B24283" w:rsidRPr="00B0360D" w:rsidRDefault="00B24283" w:rsidP="00B24283">
      <w:pPr>
        <w:pStyle w:val="ListParagraph"/>
        <w:spacing w:after="0"/>
        <w:ind w:left="0"/>
        <w:rPr>
          <w:rFonts w:cs="Times New Roman"/>
          <w:sz w:val="20"/>
          <w:szCs w:val="18"/>
          <w:lang w:val="en-IN"/>
        </w:rPr>
      </w:pPr>
      <w:r w:rsidRPr="00B0360D">
        <w:rPr>
          <w:rFonts w:cs="Times New Roman"/>
          <w:sz w:val="20"/>
          <w:szCs w:val="18"/>
          <w:lang w:val="en-IN"/>
        </w:rPr>
        <w:t>The overall framework of the proposed system is illustrated in Figure 1.</w:t>
      </w:r>
    </w:p>
    <w:p w14:paraId="1A8BEBB1" w14:textId="46E765CA" w:rsidR="00F171D2" w:rsidRPr="00B0360D" w:rsidRDefault="0068016F" w:rsidP="00756C51">
      <w:pPr>
        <w:pStyle w:val="ListParagraph"/>
        <w:spacing w:after="0"/>
        <w:ind w:left="0"/>
        <w:jc w:val="center"/>
        <w:rPr>
          <w:rFonts w:cs="Times New Roman"/>
          <w:lang w:val="en-IN"/>
        </w:rPr>
      </w:pPr>
      <w:r w:rsidRPr="00B0360D">
        <w:rPr>
          <w:rFonts w:cs="Times New Roman"/>
          <w:noProof/>
          <w:lang w:val="en-IN"/>
        </w:rPr>
        <w:drawing>
          <wp:inline distT="0" distB="0" distL="0" distR="0" wp14:anchorId="02A26978" wp14:editId="7BC4B2D7">
            <wp:extent cx="5444836" cy="1932710"/>
            <wp:effectExtent l="0" t="0" r="3810" b="0"/>
            <wp:docPr id="1369615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15232" name="Picture 1369615232"/>
                    <pic:cNvPicPr/>
                  </pic:nvPicPr>
                  <pic:blipFill rotWithShape="1">
                    <a:blip r:embed="rId8"/>
                    <a:srcRect r="8391" b="43448"/>
                    <a:stretch>
                      <a:fillRect/>
                    </a:stretch>
                  </pic:blipFill>
                  <pic:spPr bwMode="auto">
                    <a:xfrm>
                      <a:off x="0" y="0"/>
                      <a:ext cx="5444836" cy="1932710"/>
                    </a:xfrm>
                    <a:prstGeom prst="rect">
                      <a:avLst/>
                    </a:prstGeom>
                    <a:ln>
                      <a:noFill/>
                    </a:ln>
                    <a:extLst>
                      <a:ext uri="{53640926-AAD7-44D8-BBD7-CCE9431645EC}">
                        <a14:shadowObscured xmlns:a14="http://schemas.microsoft.com/office/drawing/2010/main"/>
                      </a:ext>
                    </a:extLst>
                  </pic:spPr>
                </pic:pic>
              </a:graphicData>
            </a:graphic>
          </wp:inline>
        </w:drawing>
      </w:r>
    </w:p>
    <w:p w14:paraId="57F7F0DA" w14:textId="77777777" w:rsidR="00B24283" w:rsidRPr="00B0360D" w:rsidRDefault="00B24283" w:rsidP="00756C51">
      <w:pPr>
        <w:pStyle w:val="ListParagraph"/>
        <w:spacing w:after="0"/>
        <w:ind w:left="0"/>
        <w:jc w:val="center"/>
        <w:rPr>
          <w:rFonts w:cs="Times New Roman"/>
          <w:sz w:val="16"/>
          <w:szCs w:val="14"/>
          <w:lang w:val="en-IN"/>
        </w:rPr>
      </w:pPr>
      <w:r w:rsidRPr="00B0360D">
        <w:rPr>
          <w:rFonts w:cs="Times New Roman"/>
          <w:sz w:val="16"/>
          <w:szCs w:val="14"/>
          <w:lang w:val="en-IN"/>
        </w:rPr>
        <w:t>Figure 1. Architecture of the Proposed Research Framework</w:t>
      </w:r>
    </w:p>
    <w:p w14:paraId="148E8C24" w14:textId="77777777" w:rsidR="007E7FDC" w:rsidRPr="00B0360D" w:rsidRDefault="007E7FDC" w:rsidP="00756C51">
      <w:pPr>
        <w:pStyle w:val="ListParagraph"/>
        <w:spacing w:after="0"/>
        <w:ind w:left="0"/>
        <w:jc w:val="center"/>
        <w:rPr>
          <w:rFonts w:cs="Times New Roman"/>
          <w:lang w:val="en-IN"/>
        </w:rPr>
      </w:pPr>
    </w:p>
    <w:p w14:paraId="5DDFC2D2" w14:textId="77777777" w:rsidR="00B24283" w:rsidRPr="00B0360D" w:rsidRDefault="00B24283" w:rsidP="00B24283">
      <w:pPr>
        <w:pStyle w:val="ListParagraph"/>
        <w:spacing w:after="0"/>
        <w:ind w:left="0"/>
        <w:rPr>
          <w:rFonts w:cs="Times New Roman"/>
          <w:sz w:val="20"/>
          <w:szCs w:val="18"/>
          <w:lang w:val="en-IN"/>
        </w:rPr>
      </w:pPr>
      <w:r w:rsidRPr="00B0360D">
        <w:rPr>
          <w:rFonts w:cs="Times New Roman"/>
          <w:sz w:val="20"/>
          <w:szCs w:val="18"/>
          <w:lang w:val="en-IN"/>
        </w:rPr>
        <w:t>The proposed system consists of the following components:</w:t>
      </w:r>
    </w:p>
    <w:p w14:paraId="6C41D425" w14:textId="77777777" w:rsidR="00B24283" w:rsidRPr="00B0360D" w:rsidRDefault="00B24283" w:rsidP="00B24283">
      <w:pPr>
        <w:pStyle w:val="ListParagraph"/>
        <w:numPr>
          <w:ilvl w:val="0"/>
          <w:numId w:val="19"/>
        </w:numPr>
        <w:tabs>
          <w:tab w:val="num" w:pos="-131"/>
        </w:tabs>
        <w:spacing w:after="0"/>
        <w:ind w:left="720"/>
        <w:rPr>
          <w:rFonts w:cs="Times New Roman"/>
          <w:sz w:val="20"/>
          <w:szCs w:val="18"/>
          <w:lang w:val="en-IN"/>
        </w:rPr>
      </w:pPr>
      <w:r w:rsidRPr="00B0360D">
        <w:rPr>
          <w:rFonts w:cs="Times New Roman"/>
          <w:sz w:val="20"/>
          <w:szCs w:val="18"/>
          <w:lang w:val="en-IN"/>
        </w:rPr>
        <w:t>Data Acquisition Module</w:t>
      </w:r>
    </w:p>
    <w:p w14:paraId="347471D3" w14:textId="77777777" w:rsidR="00B24283" w:rsidRPr="00B0360D" w:rsidRDefault="00B24283" w:rsidP="00B24283">
      <w:pPr>
        <w:pStyle w:val="ListParagraph"/>
        <w:numPr>
          <w:ilvl w:val="0"/>
          <w:numId w:val="19"/>
        </w:numPr>
        <w:tabs>
          <w:tab w:val="num" w:pos="-131"/>
        </w:tabs>
        <w:spacing w:after="0"/>
        <w:ind w:left="720"/>
        <w:rPr>
          <w:rFonts w:cs="Times New Roman"/>
          <w:sz w:val="20"/>
          <w:szCs w:val="18"/>
          <w:lang w:val="en-IN"/>
        </w:rPr>
      </w:pPr>
      <w:r w:rsidRPr="00B0360D">
        <w:rPr>
          <w:rFonts w:cs="Times New Roman"/>
          <w:sz w:val="20"/>
          <w:szCs w:val="18"/>
          <w:lang w:val="en-IN"/>
        </w:rPr>
        <w:t>Preprocessing Unit</w:t>
      </w:r>
    </w:p>
    <w:p w14:paraId="723F7228" w14:textId="77777777" w:rsidR="00B24283" w:rsidRPr="00B0360D" w:rsidRDefault="00B24283" w:rsidP="00B24283">
      <w:pPr>
        <w:pStyle w:val="ListParagraph"/>
        <w:numPr>
          <w:ilvl w:val="0"/>
          <w:numId w:val="19"/>
        </w:numPr>
        <w:tabs>
          <w:tab w:val="num" w:pos="-131"/>
        </w:tabs>
        <w:spacing w:after="0"/>
        <w:ind w:left="720"/>
        <w:rPr>
          <w:rFonts w:cs="Times New Roman"/>
          <w:sz w:val="20"/>
          <w:szCs w:val="18"/>
          <w:lang w:val="en-IN"/>
        </w:rPr>
      </w:pPr>
      <w:r w:rsidRPr="00B0360D">
        <w:rPr>
          <w:rFonts w:cs="Times New Roman"/>
          <w:sz w:val="20"/>
          <w:szCs w:val="18"/>
          <w:lang w:val="en-IN"/>
        </w:rPr>
        <w:t>Feature Extraction Module</w:t>
      </w:r>
    </w:p>
    <w:p w14:paraId="070B65D1" w14:textId="77777777" w:rsidR="00B24283" w:rsidRPr="00B0360D" w:rsidRDefault="00B24283" w:rsidP="00B24283">
      <w:pPr>
        <w:pStyle w:val="ListParagraph"/>
        <w:numPr>
          <w:ilvl w:val="0"/>
          <w:numId w:val="19"/>
        </w:numPr>
        <w:tabs>
          <w:tab w:val="num" w:pos="-131"/>
        </w:tabs>
        <w:spacing w:after="0"/>
        <w:ind w:left="720"/>
        <w:rPr>
          <w:rFonts w:cs="Times New Roman"/>
          <w:sz w:val="20"/>
          <w:szCs w:val="18"/>
          <w:lang w:val="en-IN"/>
        </w:rPr>
      </w:pPr>
      <w:r w:rsidRPr="00B0360D">
        <w:rPr>
          <w:rFonts w:cs="Times New Roman"/>
          <w:sz w:val="20"/>
          <w:szCs w:val="18"/>
          <w:lang w:val="en-IN"/>
        </w:rPr>
        <w:t>Model Training and Testing Unit</w:t>
      </w:r>
    </w:p>
    <w:p w14:paraId="5B4DAB03" w14:textId="77777777" w:rsidR="00B24283" w:rsidRPr="00B0360D" w:rsidRDefault="00B24283" w:rsidP="00B24283">
      <w:pPr>
        <w:pStyle w:val="ListParagraph"/>
        <w:numPr>
          <w:ilvl w:val="0"/>
          <w:numId w:val="19"/>
        </w:numPr>
        <w:tabs>
          <w:tab w:val="num" w:pos="-131"/>
        </w:tabs>
        <w:spacing w:after="0"/>
        <w:ind w:left="720"/>
        <w:rPr>
          <w:rFonts w:cs="Times New Roman"/>
          <w:sz w:val="20"/>
          <w:szCs w:val="18"/>
          <w:lang w:val="en-IN"/>
        </w:rPr>
      </w:pPr>
      <w:r w:rsidRPr="00B0360D">
        <w:rPr>
          <w:rFonts w:cs="Times New Roman"/>
          <w:sz w:val="20"/>
          <w:szCs w:val="18"/>
          <w:lang w:val="en-IN"/>
        </w:rPr>
        <w:t>Performance Evaluation Module</w:t>
      </w:r>
    </w:p>
    <w:p w14:paraId="4DA672BF" w14:textId="77777777" w:rsidR="00B24283" w:rsidRPr="00B0360D" w:rsidRDefault="00B24283" w:rsidP="00B24283">
      <w:pPr>
        <w:pStyle w:val="ListParagraph"/>
        <w:spacing w:after="0"/>
        <w:ind w:left="0"/>
        <w:rPr>
          <w:rFonts w:cs="Times New Roman"/>
          <w:sz w:val="20"/>
          <w:szCs w:val="18"/>
          <w:lang w:val="en-IN"/>
        </w:rPr>
      </w:pPr>
      <w:r w:rsidRPr="00B0360D">
        <w:rPr>
          <w:rFonts w:cs="Times New Roman"/>
          <w:sz w:val="20"/>
          <w:szCs w:val="18"/>
          <w:lang w:val="en-IN"/>
        </w:rPr>
        <w:t>Each module plays a significant role in ensuring accurate and reliable output.</w:t>
      </w:r>
    </w:p>
    <w:p w14:paraId="613F7A3E" w14:textId="77777777" w:rsidR="00C05E2F" w:rsidRPr="00B0360D" w:rsidRDefault="00C05E2F" w:rsidP="0054012B">
      <w:pPr>
        <w:spacing w:after="0"/>
        <w:rPr>
          <w:rFonts w:cs="Times New Roman"/>
          <w:b/>
          <w:bCs/>
        </w:rPr>
      </w:pPr>
    </w:p>
    <w:p w14:paraId="46082D66" w14:textId="03D5F4F1" w:rsidR="0090799A" w:rsidRPr="00B0360D" w:rsidRDefault="0054012B" w:rsidP="0090799A">
      <w:pPr>
        <w:pStyle w:val="ListParagraph"/>
        <w:numPr>
          <w:ilvl w:val="1"/>
          <w:numId w:val="11"/>
        </w:numPr>
        <w:spacing w:after="0"/>
        <w:ind w:left="851" w:hanging="567"/>
        <w:rPr>
          <w:rFonts w:cs="Times New Roman"/>
          <w:b/>
          <w:bCs/>
          <w:sz w:val="20"/>
          <w:szCs w:val="18"/>
        </w:rPr>
      </w:pPr>
      <w:r w:rsidRPr="00B0360D">
        <w:rPr>
          <w:rFonts w:cs="Times New Roman"/>
          <w:b/>
          <w:bCs/>
          <w:sz w:val="20"/>
          <w:szCs w:val="18"/>
        </w:rPr>
        <w:t>Experimental Setup</w:t>
      </w:r>
    </w:p>
    <w:p w14:paraId="5CA03F29" w14:textId="2D00AF66" w:rsidR="000629C2" w:rsidRPr="00B0360D" w:rsidRDefault="000629C2" w:rsidP="000629C2">
      <w:pPr>
        <w:pStyle w:val="ListParagraph"/>
        <w:spacing w:after="0"/>
        <w:ind w:left="0"/>
        <w:rPr>
          <w:rFonts w:cs="Times New Roman"/>
          <w:sz w:val="20"/>
          <w:szCs w:val="18"/>
          <w:lang w:val="en-IN"/>
        </w:rPr>
      </w:pPr>
      <w:r w:rsidRPr="00B0360D">
        <w:rPr>
          <w:rFonts w:cs="Times New Roman"/>
          <w:sz w:val="20"/>
          <w:szCs w:val="18"/>
          <w:lang w:val="en-IN"/>
        </w:rPr>
        <w:t>The experimental configuration used in this study is summarized in Table 1.</w:t>
      </w:r>
      <w:r w:rsidR="009338F8" w:rsidRPr="00B0360D">
        <w:rPr>
          <w:rFonts w:cs="Times New Roman"/>
          <w:sz w:val="20"/>
          <w:szCs w:val="18"/>
          <w:lang w:val="en-IN"/>
        </w:rPr>
        <w:t xml:space="preserve"> The table should be</w:t>
      </w:r>
      <w:r w:rsidR="006D1504" w:rsidRPr="00B0360D">
        <w:rPr>
          <w:rFonts w:cs="Times New Roman"/>
          <w:sz w:val="20"/>
          <w:szCs w:val="18"/>
          <w:lang w:val="en-IN"/>
        </w:rPr>
        <w:t xml:space="preserve"> </w:t>
      </w:r>
      <w:proofErr w:type="spellStart"/>
      <w:r w:rsidR="009338F8" w:rsidRPr="00B0360D">
        <w:rPr>
          <w:rFonts w:cs="Times New Roman"/>
          <w:sz w:val="20"/>
          <w:szCs w:val="18"/>
          <w:lang w:val="en-IN"/>
        </w:rPr>
        <w:t>center</w:t>
      </w:r>
      <w:proofErr w:type="spellEnd"/>
      <w:r w:rsidR="009338F8" w:rsidRPr="00B0360D">
        <w:rPr>
          <w:rFonts w:cs="Times New Roman"/>
          <w:sz w:val="20"/>
          <w:szCs w:val="18"/>
          <w:lang w:val="en-IN"/>
        </w:rPr>
        <w:t xml:space="preserve"> aligned.</w:t>
      </w:r>
    </w:p>
    <w:p w14:paraId="4190CA4F" w14:textId="77777777" w:rsidR="00F30E60" w:rsidRPr="00B0360D" w:rsidRDefault="00F30E60" w:rsidP="000629C2">
      <w:pPr>
        <w:pStyle w:val="ListParagraph"/>
        <w:spacing w:after="0"/>
        <w:ind w:left="0"/>
        <w:rPr>
          <w:rFonts w:cs="Times New Roman"/>
          <w:lang w:val="en-IN"/>
        </w:rPr>
      </w:pPr>
    </w:p>
    <w:p w14:paraId="0AA3E7BB" w14:textId="77777777" w:rsidR="000629C2" w:rsidRPr="00B0360D" w:rsidRDefault="000629C2" w:rsidP="006C48DD">
      <w:pPr>
        <w:pStyle w:val="ListParagraph"/>
        <w:spacing w:after="0"/>
        <w:ind w:left="0"/>
        <w:jc w:val="center"/>
        <w:rPr>
          <w:rFonts w:cs="Times New Roman"/>
          <w:sz w:val="16"/>
          <w:szCs w:val="14"/>
          <w:lang w:val="en-IN"/>
        </w:rPr>
      </w:pPr>
      <w:r w:rsidRPr="00B0360D">
        <w:rPr>
          <w:rFonts w:cs="Times New Roman"/>
          <w:sz w:val="16"/>
          <w:szCs w:val="14"/>
          <w:lang w:val="en-IN"/>
        </w:rPr>
        <w:lastRenderedPageBreak/>
        <w:t>Table 1. Experimental Parameters Used in the Study</w:t>
      </w:r>
    </w:p>
    <w:tbl>
      <w:tblPr>
        <w:tblStyle w:val="TableGrid"/>
        <w:tblW w:w="0" w:type="auto"/>
        <w:jc w:val="center"/>
        <w:tblLook w:val="04A0" w:firstRow="1" w:lastRow="0" w:firstColumn="1" w:lastColumn="0" w:noHBand="0" w:noVBand="1"/>
      </w:tblPr>
      <w:tblGrid>
        <w:gridCol w:w="959"/>
        <w:gridCol w:w="1633"/>
        <w:gridCol w:w="1141"/>
        <w:gridCol w:w="2394"/>
      </w:tblGrid>
      <w:tr w:rsidR="00B0360D" w:rsidRPr="00B0360D" w14:paraId="2221A5B1" w14:textId="77777777" w:rsidTr="00475264">
        <w:trPr>
          <w:jc w:val="center"/>
        </w:trPr>
        <w:tc>
          <w:tcPr>
            <w:tcW w:w="959" w:type="dxa"/>
          </w:tcPr>
          <w:p w14:paraId="70957C4F" w14:textId="620DC2E0" w:rsidR="00A45241" w:rsidRPr="00B0360D" w:rsidRDefault="00367606" w:rsidP="00475264">
            <w:pPr>
              <w:pStyle w:val="ListParagraph"/>
              <w:ind w:left="0"/>
              <w:jc w:val="center"/>
              <w:rPr>
                <w:rFonts w:cs="Times New Roman"/>
                <w:b/>
                <w:bCs/>
                <w:sz w:val="20"/>
                <w:szCs w:val="18"/>
                <w:lang w:val="en-IN"/>
              </w:rPr>
            </w:pPr>
            <w:r w:rsidRPr="00B0360D">
              <w:rPr>
                <w:rFonts w:cs="Times New Roman"/>
                <w:b/>
                <w:bCs/>
                <w:sz w:val="20"/>
                <w:szCs w:val="18"/>
                <w:lang w:val="en-IN"/>
              </w:rPr>
              <w:t>Sr. No.</w:t>
            </w:r>
          </w:p>
        </w:tc>
        <w:tc>
          <w:tcPr>
            <w:tcW w:w="1633" w:type="dxa"/>
          </w:tcPr>
          <w:p w14:paraId="31CEE2D4" w14:textId="4C2A0D7F" w:rsidR="00A45241" w:rsidRPr="00B0360D" w:rsidRDefault="00367606" w:rsidP="00475264">
            <w:pPr>
              <w:pStyle w:val="ListParagraph"/>
              <w:ind w:left="0"/>
              <w:jc w:val="center"/>
              <w:rPr>
                <w:rFonts w:cs="Times New Roman"/>
                <w:b/>
                <w:bCs/>
                <w:sz w:val="20"/>
                <w:szCs w:val="18"/>
                <w:lang w:val="en-IN"/>
              </w:rPr>
            </w:pPr>
            <w:r w:rsidRPr="00B0360D">
              <w:rPr>
                <w:rFonts w:cs="Times New Roman"/>
                <w:b/>
                <w:bCs/>
                <w:sz w:val="20"/>
                <w:szCs w:val="18"/>
                <w:lang w:val="en-IN"/>
              </w:rPr>
              <w:t>Parameter</w:t>
            </w:r>
          </w:p>
        </w:tc>
        <w:tc>
          <w:tcPr>
            <w:tcW w:w="1141" w:type="dxa"/>
          </w:tcPr>
          <w:p w14:paraId="68E0A9DE" w14:textId="03B0A761" w:rsidR="00A45241" w:rsidRPr="00B0360D" w:rsidRDefault="00367606" w:rsidP="00475264">
            <w:pPr>
              <w:pStyle w:val="ListParagraph"/>
              <w:ind w:left="0"/>
              <w:jc w:val="center"/>
              <w:rPr>
                <w:rFonts w:cs="Times New Roman"/>
                <w:b/>
                <w:bCs/>
                <w:sz w:val="20"/>
                <w:szCs w:val="18"/>
                <w:lang w:val="en-IN"/>
              </w:rPr>
            </w:pPr>
            <w:r w:rsidRPr="00B0360D">
              <w:rPr>
                <w:rFonts w:cs="Times New Roman"/>
                <w:b/>
                <w:bCs/>
                <w:sz w:val="20"/>
                <w:szCs w:val="18"/>
                <w:lang w:val="en-IN"/>
              </w:rPr>
              <w:t>Value</w:t>
            </w:r>
          </w:p>
        </w:tc>
        <w:tc>
          <w:tcPr>
            <w:tcW w:w="2394" w:type="dxa"/>
          </w:tcPr>
          <w:p w14:paraId="0DE19519" w14:textId="532BED7A" w:rsidR="00A45241" w:rsidRPr="00B0360D" w:rsidRDefault="00367606" w:rsidP="00475264">
            <w:pPr>
              <w:pStyle w:val="ListParagraph"/>
              <w:ind w:left="0"/>
              <w:jc w:val="center"/>
              <w:rPr>
                <w:rFonts w:cs="Times New Roman"/>
                <w:b/>
                <w:bCs/>
                <w:sz w:val="20"/>
                <w:szCs w:val="18"/>
                <w:lang w:val="en-IN"/>
              </w:rPr>
            </w:pPr>
            <w:r w:rsidRPr="00B0360D">
              <w:rPr>
                <w:rFonts w:cs="Times New Roman"/>
                <w:b/>
                <w:bCs/>
                <w:sz w:val="20"/>
                <w:szCs w:val="18"/>
                <w:lang w:val="en-IN"/>
              </w:rPr>
              <w:t>Significance</w:t>
            </w:r>
          </w:p>
        </w:tc>
      </w:tr>
      <w:tr w:rsidR="00B0360D" w:rsidRPr="00B0360D" w14:paraId="17F23DA5" w14:textId="77777777" w:rsidTr="00475264">
        <w:trPr>
          <w:jc w:val="center"/>
        </w:trPr>
        <w:tc>
          <w:tcPr>
            <w:tcW w:w="959" w:type="dxa"/>
          </w:tcPr>
          <w:p w14:paraId="7FDE4752" w14:textId="202CA268" w:rsidR="00A45241" w:rsidRPr="00B0360D" w:rsidRDefault="00106286" w:rsidP="00475264">
            <w:pPr>
              <w:pStyle w:val="ListParagraph"/>
              <w:ind w:left="0"/>
              <w:jc w:val="center"/>
              <w:rPr>
                <w:rFonts w:cs="Times New Roman"/>
                <w:sz w:val="20"/>
                <w:szCs w:val="18"/>
                <w:lang w:val="en-IN"/>
              </w:rPr>
            </w:pPr>
            <w:r w:rsidRPr="00B0360D">
              <w:rPr>
                <w:rFonts w:cs="Times New Roman"/>
                <w:sz w:val="20"/>
                <w:szCs w:val="18"/>
                <w:lang w:val="en-IN"/>
              </w:rPr>
              <w:t>1</w:t>
            </w:r>
          </w:p>
        </w:tc>
        <w:tc>
          <w:tcPr>
            <w:tcW w:w="1633" w:type="dxa"/>
          </w:tcPr>
          <w:p w14:paraId="0D6314B2" w14:textId="6317E4D8" w:rsidR="00A45241" w:rsidRPr="00B0360D" w:rsidRDefault="00106286" w:rsidP="00475264">
            <w:pPr>
              <w:pStyle w:val="ListParagraph"/>
              <w:ind w:left="0"/>
              <w:jc w:val="center"/>
              <w:rPr>
                <w:rFonts w:cs="Times New Roman"/>
                <w:sz w:val="20"/>
                <w:szCs w:val="18"/>
                <w:lang w:val="en-IN"/>
              </w:rPr>
            </w:pPr>
            <w:r w:rsidRPr="00B0360D">
              <w:rPr>
                <w:rFonts w:cs="Times New Roman"/>
                <w:sz w:val="20"/>
                <w:szCs w:val="18"/>
                <w:lang w:val="en-IN"/>
              </w:rPr>
              <w:t>Parameter 1</w:t>
            </w:r>
          </w:p>
        </w:tc>
        <w:tc>
          <w:tcPr>
            <w:tcW w:w="1141" w:type="dxa"/>
          </w:tcPr>
          <w:p w14:paraId="2D1DA68A" w14:textId="07B283B8" w:rsidR="00A45241" w:rsidRPr="00B0360D" w:rsidRDefault="000435BB" w:rsidP="00475264">
            <w:pPr>
              <w:pStyle w:val="ListParagraph"/>
              <w:ind w:left="0"/>
              <w:jc w:val="center"/>
              <w:rPr>
                <w:rFonts w:cs="Times New Roman"/>
                <w:sz w:val="20"/>
                <w:szCs w:val="18"/>
                <w:lang w:val="en-IN"/>
              </w:rPr>
            </w:pPr>
            <w:r w:rsidRPr="00B0360D">
              <w:rPr>
                <w:rFonts w:cs="Times New Roman"/>
                <w:sz w:val="20"/>
                <w:szCs w:val="18"/>
                <w:lang w:val="en-IN"/>
              </w:rPr>
              <w:t>14</w:t>
            </w:r>
          </w:p>
        </w:tc>
        <w:tc>
          <w:tcPr>
            <w:tcW w:w="2394" w:type="dxa"/>
          </w:tcPr>
          <w:p w14:paraId="658AC69C" w14:textId="2CBB9F8C" w:rsidR="00A45241" w:rsidRPr="00B0360D" w:rsidRDefault="000435BB" w:rsidP="00475264">
            <w:pPr>
              <w:pStyle w:val="ListParagraph"/>
              <w:ind w:left="0"/>
              <w:jc w:val="center"/>
              <w:rPr>
                <w:rFonts w:cs="Times New Roman"/>
                <w:sz w:val="20"/>
                <w:szCs w:val="18"/>
                <w:lang w:val="en-IN"/>
              </w:rPr>
            </w:pPr>
            <w:r w:rsidRPr="00B0360D">
              <w:rPr>
                <w:rFonts w:cs="Times New Roman"/>
                <w:sz w:val="20"/>
                <w:szCs w:val="18"/>
                <w:lang w:val="en-IN"/>
              </w:rPr>
              <w:t>Significance 1</w:t>
            </w:r>
          </w:p>
        </w:tc>
      </w:tr>
      <w:tr w:rsidR="00B0360D" w:rsidRPr="00B0360D" w14:paraId="6AFB5DE5" w14:textId="77777777" w:rsidTr="00475264">
        <w:trPr>
          <w:jc w:val="center"/>
        </w:trPr>
        <w:tc>
          <w:tcPr>
            <w:tcW w:w="959" w:type="dxa"/>
          </w:tcPr>
          <w:p w14:paraId="433396CB" w14:textId="6B5F40A0" w:rsidR="00A45241" w:rsidRPr="00B0360D" w:rsidRDefault="00106286" w:rsidP="00475264">
            <w:pPr>
              <w:pStyle w:val="ListParagraph"/>
              <w:ind w:left="0"/>
              <w:jc w:val="center"/>
              <w:rPr>
                <w:rFonts w:cs="Times New Roman"/>
                <w:sz w:val="20"/>
                <w:szCs w:val="18"/>
                <w:lang w:val="en-IN"/>
              </w:rPr>
            </w:pPr>
            <w:r w:rsidRPr="00B0360D">
              <w:rPr>
                <w:rFonts w:cs="Times New Roman"/>
                <w:sz w:val="20"/>
                <w:szCs w:val="18"/>
                <w:lang w:val="en-IN"/>
              </w:rPr>
              <w:t>2</w:t>
            </w:r>
          </w:p>
        </w:tc>
        <w:tc>
          <w:tcPr>
            <w:tcW w:w="1633" w:type="dxa"/>
          </w:tcPr>
          <w:p w14:paraId="2D2CB7E6" w14:textId="4529077A" w:rsidR="00A45241" w:rsidRPr="00B0360D" w:rsidRDefault="00106286" w:rsidP="00475264">
            <w:pPr>
              <w:pStyle w:val="ListParagraph"/>
              <w:ind w:left="0"/>
              <w:jc w:val="center"/>
              <w:rPr>
                <w:rFonts w:cs="Times New Roman"/>
                <w:sz w:val="20"/>
                <w:szCs w:val="18"/>
                <w:lang w:val="en-IN"/>
              </w:rPr>
            </w:pPr>
            <w:r w:rsidRPr="00B0360D">
              <w:rPr>
                <w:rFonts w:cs="Times New Roman"/>
                <w:sz w:val="20"/>
                <w:szCs w:val="18"/>
                <w:lang w:val="en-IN"/>
              </w:rPr>
              <w:t>Parameter 2</w:t>
            </w:r>
          </w:p>
        </w:tc>
        <w:tc>
          <w:tcPr>
            <w:tcW w:w="1141" w:type="dxa"/>
          </w:tcPr>
          <w:p w14:paraId="2797B757" w14:textId="042F9949" w:rsidR="00A45241" w:rsidRPr="00B0360D" w:rsidRDefault="000435BB" w:rsidP="00475264">
            <w:pPr>
              <w:pStyle w:val="ListParagraph"/>
              <w:ind w:left="0"/>
              <w:jc w:val="center"/>
              <w:rPr>
                <w:rFonts w:cs="Times New Roman"/>
                <w:sz w:val="20"/>
                <w:szCs w:val="18"/>
                <w:lang w:val="en-IN"/>
              </w:rPr>
            </w:pPr>
            <w:r w:rsidRPr="00B0360D">
              <w:rPr>
                <w:rFonts w:cs="Times New Roman"/>
                <w:sz w:val="20"/>
                <w:szCs w:val="18"/>
                <w:lang w:val="en-IN"/>
              </w:rPr>
              <w:t>14</w:t>
            </w:r>
          </w:p>
        </w:tc>
        <w:tc>
          <w:tcPr>
            <w:tcW w:w="2394" w:type="dxa"/>
          </w:tcPr>
          <w:p w14:paraId="026154B5" w14:textId="517D621F" w:rsidR="00A45241" w:rsidRPr="00B0360D" w:rsidRDefault="000435BB" w:rsidP="00475264">
            <w:pPr>
              <w:pStyle w:val="ListParagraph"/>
              <w:ind w:left="0"/>
              <w:jc w:val="center"/>
              <w:rPr>
                <w:rFonts w:cs="Times New Roman"/>
                <w:sz w:val="20"/>
                <w:szCs w:val="18"/>
                <w:lang w:val="en-IN"/>
              </w:rPr>
            </w:pPr>
            <w:r w:rsidRPr="00B0360D">
              <w:rPr>
                <w:rFonts w:cs="Times New Roman"/>
                <w:sz w:val="20"/>
                <w:szCs w:val="18"/>
                <w:lang w:val="en-IN"/>
              </w:rPr>
              <w:t>Significance 2</w:t>
            </w:r>
          </w:p>
        </w:tc>
      </w:tr>
      <w:tr w:rsidR="00A45241" w:rsidRPr="00B0360D" w14:paraId="61467B8C" w14:textId="77777777" w:rsidTr="00475264">
        <w:trPr>
          <w:jc w:val="center"/>
        </w:trPr>
        <w:tc>
          <w:tcPr>
            <w:tcW w:w="959" w:type="dxa"/>
          </w:tcPr>
          <w:p w14:paraId="484E1899" w14:textId="403F39F4" w:rsidR="00A45241" w:rsidRPr="00B0360D" w:rsidRDefault="00106286" w:rsidP="00475264">
            <w:pPr>
              <w:pStyle w:val="ListParagraph"/>
              <w:ind w:left="0"/>
              <w:jc w:val="center"/>
              <w:rPr>
                <w:rFonts w:cs="Times New Roman"/>
                <w:sz w:val="20"/>
                <w:szCs w:val="18"/>
                <w:lang w:val="en-IN"/>
              </w:rPr>
            </w:pPr>
            <w:r w:rsidRPr="00B0360D">
              <w:rPr>
                <w:rFonts w:cs="Times New Roman"/>
                <w:sz w:val="20"/>
                <w:szCs w:val="18"/>
                <w:lang w:val="en-IN"/>
              </w:rPr>
              <w:t>3</w:t>
            </w:r>
          </w:p>
        </w:tc>
        <w:tc>
          <w:tcPr>
            <w:tcW w:w="1633" w:type="dxa"/>
          </w:tcPr>
          <w:p w14:paraId="77128078" w14:textId="55D7C5D7" w:rsidR="00A45241" w:rsidRPr="00B0360D" w:rsidRDefault="00106286" w:rsidP="00475264">
            <w:pPr>
              <w:pStyle w:val="ListParagraph"/>
              <w:ind w:left="0"/>
              <w:jc w:val="center"/>
              <w:rPr>
                <w:rFonts w:cs="Times New Roman"/>
                <w:sz w:val="20"/>
                <w:szCs w:val="18"/>
                <w:lang w:val="en-IN"/>
              </w:rPr>
            </w:pPr>
            <w:r w:rsidRPr="00B0360D">
              <w:rPr>
                <w:rFonts w:cs="Times New Roman"/>
                <w:sz w:val="20"/>
                <w:szCs w:val="18"/>
                <w:lang w:val="en-IN"/>
              </w:rPr>
              <w:t>Parameter 3</w:t>
            </w:r>
          </w:p>
        </w:tc>
        <w:tc>
          <w:tcPr>
            <w:tcW w:w="1141" w:type="dxa"/>
          </w:tcPr>
          <w:p w14:paraId="1BD76219" w14:textId="0AF02D8F" w:rsidR="00A45241" w:rsidRPr="00B0360D" w:rsidRDefault="000435BB" w:rsidP="00475264">
            <w:pPr>
              <w:pStyle w:val="ListParagraph"/>
              <w:ind w:left="0"/>
              <w:jc w:val="center"/>
              <w:rPr>
                <w:rFonts w:cs="Times New Roman"/>
                <w:sz w:val="20"/>
                <w:szCs w:val="18"/>
                <w:lang w:val="en-IN"/>
              </w:rPr>
            </w:pPr>
            <w:r w:rsidRPr="00B0360D">
              <w:rPr>
                <w:rFonts w:cs="Times New Roman"/>
                <w:sz w:val="20"/>
                <w:szCs w:val="18"/>
                <w:lang w:val="en-IN"/>
              </w:rPr>
              <w:t>14</w:t>
            </w:r>
          </w:p>
        </w:tc>
        <w:tc>
          <w:tcPr>
            <w:tcW w:w="2394" w:type="dxa"/>
          </w:tcPr>
          <w:p w14:paraId="30DB1F24" w14:textId="25A554D7" w:rsidR="00A45241" w:rsidRPr="00B0360D" w:rsidRDefault="000435BB" w:rsidP="00475264">
            <w:pPr>
              <w:pStyle w:val="ListParagraph"/>
              <w:ind w:left="0"/>
              <w:jc w:val="center"/>
              <w:rPr>
                <w:rFonts w:cs="Times New Roman"/>
                <w:sz w:val="20"/>
                <w:szCs w:val="18"/>
                <w:lang w:val="en-IN"/>
              </w:rPr>
            </w:pPr>
            <w:r w:rsidRPr="00B0360D">
              <w:rPr>
                <w:rFonts w:cs="Times New Roman"/>
                <w:sz w:val="20"/>
                <w:szCs w:val="18"/>
                <w:lang w:val="en-IN"/>
              </w:rPr>
              <w:t>Significance 3</w:t>
            </w:r>
          </w:p>
        </w:tc>
      </w:tr>
    </w:tbl>
    <w:p w14:paraId="6345F868" w14:textId="77777777" w:rsidR="00746099" w:rsidRPr="00B0360D" w:rsidRDefault="00746099" w:rsidP="000629C2">
      <w:pPr>
        <w:pStyle w:val="ListParagraph"/>
        <w:spacing w:after="0"/>
        <w:ind w:left="0"/>
        <w:rPr>
          <w:rFonts w:cs="Times New Roman"/>
        </w:rPr>
      </w:pPr>
    </w:p>
    <w:p w14:paraId="448F5509" w14:textId="0EC2D3DA" w:rsidR="00741621" w:rsidRPr="00B0360D" w:rsidRDefault="00741621" w:rsidP="000629C2">
      <w:pPr>
        <w:pStyle w:val="ListParagraph"/>
        <w:spacing w:after="0"/>
        <w:ind w:left="0"/>
        <w:rPr>
          <w:rFonts w:cs="Times New Roman"/>
          <w:sz w:val="20"/>
          <w:szCs w:val="18"/>
          <w:lang w:val="en-IN"/>
        </w:rPr>
      </w:pPr>
      <w:r w:rsidRPr="00B0360D">
        <w:rPr>
          <w:rFonts w:cs="Times New Roman"/>
          <w:sz w:val="20"/>
          <w:szCs w:val="18"/>
        </w:rPr>
        <w:t>The experiments were conducted using the above configuration to evaluate model performance under controlled conditions.</w:t>
      </w:r>
    </w:p>
    <w:p w14:paraId="5FAE0EFA" w14:textId="77777777" w:rsidR="00FC3225" w:rsidRPr="00B0360D" w:rsidRDefault="00FC3225" w:rsidP="00062FA5">
      <w:pPr>
        <w:spacing w:after="0"/>
        <w:rPr>
          <w:rFonts w:cs="Times New Roman"/>
          <w:b/>
          <w:bCs/>
        </w:rPr>
      </w:pPr>
    </w:p>
    <w:p w14:paraId="7E44C9F6" w14:textId="7038CEA8" w:rsidR="0090799A" w:rsidRPr="00B0360D" w:rsidRDefault="00062FA5" w:rsidP="0090799A">
      <w:pPr>
        <w:pStyle w:val="ListParagraph"/>
        <w:numPr>
          <w:ilvl w:val="1"/>
          <w:numId w:val="11"/>
        </w:numPr>
        <w:spacing w:after="0"/>
        <w:ind w:left="851" w:hanging="567"/>
        <w:rPr>
          <w:rFonts w:cs="Times New Roman"/>
          <w:b/>
          <w:bCs/>
          <w:sz w:val="20"/>
          <w:szCs w:val="18"/>
        </w:rPr>
      </w:pPr>
      <w:r w:rsidRPr="00B0360D">
        <w:rPr>
          <w:rFonts w:cs="Times New Roman"/>
          <w:b/>
          <w:bCs/>
          <w:sz w:val="20"/>
          <w:szCs w:val="18"/>
        </w:rPr>
        <w:t>Equations</w:t>
      </w:r>
    </w:p>
    <w:p w14:paraId="17D50042" w14:textId="1DFF6C19" w:rsidR="009417ED" w:rsidRPr="00B0360D" w:rsidRDefault="001576BD" w:rsidP="001576BD">
      <w:pPr>
        <w:spacing w:after="0"/>
        <w:rPr>
          <w:rFonts w:cs="Times New Roman"/>
          <w:sz w:val="20"/>
          <w:szCs w:val="18"/>
        </w:rPr>
      </w:pPr>
      <w:r w:rsidRPr="00B0360D">
        <w:rPr>
          <w:rFonts w:cs="Times New Roman"/>
          <w:sz w:val="20"/>
          <w:szCs w:val="18"/>
        </w:rPr>
        <w:t>If applicable, present equations clearly and number them sequentially: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7779"/>
        <w:gridCol w:w="806"/>
      </w:tblGrid>
      <w:tr w:rsidR="00B0360D" w:rsidRPr="00B0360D" w14:paraId="18479AC0" w14:textId="4A8C3ED8" w:rsidTr="00B86CE5">
        <w:trPr>
          <w:trHeight w:val="347"/>
        </w:trPr>
        <w:tc>
          <w:tcPr>
            <w:tcW w:w="675" w:type="dxa"/>
          </w:tcPr>
          <w:p w14:paraId="34F0E32A" w14:textId="49162751" w:rsidR="000B1714" w:rsidRPr="00B0360D" w:rsidRDefault="000B1714" w:rsidP="000B1714">
            <w:pPr>
              <w:jc w:val="right"/>
              <w:rPr>
                <w:rFonts w:cs="Times New Roman"/>
                <w:i/>
                <w:iCs/>
                <w:sz w:val="20"/>
                <w:szCs w:val="18"/>
              </w:rPr>
            </w:pPr>
          </w:p>
        </w:tc>
        <w:tc>
          <w:tcPr>
            <w:tcW w:w="8080" w:type="dxa"/>
          </w:tcPr>
          <w:p w14:paraId="725885E9" w14:textId="77777777" w:rsidR="000B1714" w:rsidRPr="00B0360D" w:rsidRDefault="000B1714" w:rsidP="00BA3E24">
            <w:pPr>
              <w:jc w:val="right"/>
              <w:rPr>
                <w:rFonts w:cs="Times New Roman"/>
                <w:i/>
                <w:iCs/>
                <w:sz w:val="20"/>
                <w:szCs w:val="18"/>
              </w:rPr>
            </w:pPr>
            <m:oMathPara>
              <m:oMathParaPr>
                <m:jc m:val="center"/>
              </m:oMathParaPr>
              <m:oMath>
                <m:r>
                  <w:rPr>
                    <w:rFonts w:ascii="Cambria Math" w:hAnsi="Cambria Math" w:cs="Times New Roman"/>
                    <w:sz w:val="20"/>
                    <w:szCs w:val="18"/>
                  </w:rPr>
                  <m:t>A + B = C</m:t>
                </m:r>
              </m:oMath>
            </m:oMathPara>
          </w:p>
        </w:tc>
        <w:tc>
          <w:tcPr>
            <w:tcW w:w="821" w:type="dxa"/>
          </w:tcPr>
          <w:p w14:paraId="0153BD90" w14:textId="4705AD69" w:rsidR="000B1714" w:rsidRPr="00B0360D" w:rsidRDefault="000B1714" w:rsidP="00A06CE0">
            <w:pPr>
              <w:jc w:val="center"/>
              <w:rPr>
                <w:rFonts w:cs="Times New Roman"/>
                <w:i/>
                <w:iCs/>
                <w:sz w:val="20"/>
                <w:szCs w:val="18"/>
              </w:rPr>
            </w:pPr>
            <w:r w:rsidRPr="00B0360D">
              <w:rPr>
                <w:rFonts w:cs="Times New Roman"/>
                <w:i/>
                <w:iCs/>
                <w:sz w:val="20"/>
                <w:szCs w:val="18"/>
              </w:rPr>
              <w:t>(1)</w:t>
            </w:r>
          </w:p>
        </w:tc>
      </w:tr>
    </w:tbl>
    <w:p w14:paraId="1FC5BFD0" w14:textId="356655A4" w:rsidR="009C7EA9" w:rsidRPr="00B0360D" w:rsidRDefault="001C106A" w:rsidP="001576BD">
      <w:pPr>
        <w:spacing w:after="0"/>
        <w:rPr>
          <w:rFonts w:cs="Times New Roman"/>
          <w:sz w:val="20"/>
          <w:szCs w:val="18"/>
        </w:rPr>
      </w:pPr>
      <w:r w:rsidRPr="00B0360D">
        <w:rPr>
          <w:rFonts w:cs="Times New Roman"/>
          <w:sz w:val="20"/>
          <w:szCs w:val="18"/>
        </w:rPr>
        <w:t>wh</w:t>
      </w:r>
      <w:r w:rsidR="000224B5" w:rsidRPr="00B0360D">
        <w:rPr>
          <w:rFonts w:cs="Times New Roman"/>
          <w:sz w:val="20"/>
          <w:szCs w:val="18"/>
        </w:rPr>
        <w:t>ere</w:t>
      </w:r>
      <w:r w:rsidR="002367D0" w:rsidRPr="00B0360D">
        <w:rPr>
          <w:rFonts w:cs="Times New Roman"/>
          <w:sz w:val="20"/>
          <w:szCs w:val="18"/>
        </w:rPr>
        <w:t>:</w:t>
      </w:r>
    </w:p>
    <w:p w14:paraId="454AD703" w14:textId="7F37A4A7" w:rsidR="009C7EA9" w:rsidRPr="00B0360D" w:rsidRDefault="009C7EA9" w:rsidP="001576BD">
      <w:pPr>
        <w:spacing w:after="0"/>
        <w:rPr>
          <w:rFonts w:cs="Times New Roman"/>
          <w:sz w:val="20"/>
          <w:szCs w:val="18"/>
        </w:rPr>
      </w:pPr>
      <w:r w:rsidRPr="00B0360D">
        <w:rPr>
          <w:rFonts w:cs="Times New Roman"/>
          <w:i/>
          <w:iCs/>
          <w:sz w:val="20"/>
          <w:szCs w:val="18"/>
        </w:rPr>
        <w:t>A</w:t>
      </w:r>
      <w:r w:rsidRPr="00B0360D">
        <w:rPr>
          <w:rFonts w:cs="Times New Roman"/>
          <w:sz w:val="20"/>
          <w:szCs w:val="18"/>
        </w:rPr>
        <w:t xml:space="preserve"> </w:t>
      </w:r>
      <w:r w:rsidR="002F6AEB" w:rsidRPr="00B0360D">
        <w:rPr>
          <w:rFonts w:cs="Times New Roman"/>
          <w:sz w:val="20"/>
          <w:szCs w:val="18"/>
        </w:rPr>
        <w:t>represents</w:t>
      </w:r>
      <w:r w:rsidR="00A7744E" w:rsidRPr="00B0360D">
        <w:rPr>
          <w:rFonts w:cs="Times New Roman"/>
          <w:sz w:val="20"/>
          <w:szCs w:val="18"/>
        </w:rPr>
        <w:t xml:space="preserve"> </w:t>
      </w:r>
      <w:r w:rsidR="00FC6417" w:rsidRPr="00B0360D">
        <w:rPr>
          <w:rFonts w:cs="Times New Roman"/>
          <w:sz w:val="20"/>
          <w:szCs w:val="18"/>
        </w:rPr>
        <w:t>first input</w:t>
      </w:r>
      <w:r w:rsidRPr="00B0360D">
        <w:rPr>
          <w:rFonts w:cs="Times New Roman"/>
          <w:sz w:val="20"/>
          <w:szCs w:val="18"/>
        </w:rPr>
        <w:t xml:space="preserve"> value.</w:t>
      </w:r>
    </w:p>
    <w:p w14:paraId="3A72D1C0" w14:textId="2FA2615D" w:rsidR="009C7EA9" w:rsidRPr="00B0360D" w:rsidRDefault="009C7EA9" w:rsidP="001576BD">
      <w:pPr>
        <w:spacing w:after="0"/>
        <w:rPr>
          <w:rFonts w:cs="Times New Roman"/>
          <w:sz w:val="20"/>
          <w:szCs w:val="18"/>
        </w:rPr>
      </w:pPr>
      <w:r w:rsidRPr="00B0360D">
        <w:rPr>
          <w:rFonts w:cs="Times New Roman"/>
          <w:i/>
          <w:iCs/>
          <w:sz w:val="20"/>
          <w:szCs w:val="18"/>
        </w:rPr>
        <w:t>B</w:t>
      </w:r>
      <w:r w:rsidR="00EB62F1" w:rsidRPr="00B0360D">
        <w:rPr>
          <w:rFonts w:cs="Times New Roman"/>
          <w:sz w:val="20"/>
          <w:szCs w:val="18"/>
        </w:rPr>
        <w:t xml:space="preserve"> </w:t>
      </w:r>
      <w:r w:rsidR="002F6AEB" w:rsidRPr="00B0360D">
        <w:rPr>
          <w:rFonts w:cs="Times New Roman"/>
          <w:sz w:val="20"/>
          <w:szCs w:val="18"/>
        </w:rPr>
        <w:t xml:space="preserve">represents </w:t>
      </w:r>
      <w:r w:rsidR="00EB62F1" w:rsidRPr="00B0360D">
        <w:rPr>
          <w:rFonts w:cs="Times New Roman"/>
          <w:sz w:val="20"/>
          <w:szCs w:val="18"/>
        </w:rPr>
        <w:t>second input</w:t>
      </w:r>
      <w:r w:rsidRPr="00B0360D">
        <w:rPr>
          <w:rFonts w:cs="Times New Roman"/>
          <w:sz w:val="20"/>
          <w:szCs w:val="18"/>
        </w:rPr>
        <w:t xml:space="preserve"> value.</w:t>
      </w:r>
    </w:p>
    <w:p w14:paraId="36C6A4E2" w14:textId="51D12701" w:rsidR="009C7EA9" w:rsidRPr="00B0360D" w:rsidRDefault="009C7EA9" w:rsidP="001576BD">
      <w:pPr>
        <w:spacing w:after="0"/>
        <w:rPr>
          <w:rFonts w:cs="Times New Roman"/>
          <w:sz w:val="20"/>
          <w:szCs w:val="18"/>
        </w:rPr>
      </w:pPr>
      <w:r w:rsidRPr="00B0360D">
        <w:rPr>
          <w:rFonts w:cs="Times New Roman"/>
          <w:i/>
          <w:iCs/>
          <w:sz w:val="20"/>
          <w:szCs w:val="18"/>
        </w:rPr>
        <w:t>C</w:t>
      </w:r>
      <w:r w:rsidRPr="00B0360D">
        <w:rPr>
          <w:rFonts w:cs="Times New Roman"/>
          <w:sz w:val="20"/>
          <w:szCs w:val="18"/>
        </w:rPr>
        <w:t xml:space="preserve"> </w:t>
      </w:r>
      <w:r w:rsidR="004304AD" w:rsidRPr="00B0360D">
        <w:rPr>
          <w:rFonts w:cs="Times New Roman"/>
          <w:sz w:val="20"/>
          <w:szCs w:val="18"/>
        </w:rPr>
        <w:t>denotes</w:t>
      </w:r>
      <w:r w:rsidR="008573E2" w:rsidRPr="00B0360D">
        <w:rPr>
          <w:rFonts w:cs="Times New Roman"/>
          <w:sz w:val="20"/>
          <w:szCs w:val="18"/>
        </w:rPr>
        <w:t xml:space="preserve"> the</w:t>
      </w:r>
      <w:r w:rsidRPr="00B0360D">
        <w:rPr>
          <w:rFonts w:cs="Times New Roman"/>
          <w:sz w:val="20"/>
          <w:szCs w:val="18"/>
        </w:rPr>
        <w:t xml:space="preserve"> addition of </w:t>
      </w:r>
      <w:r w:rsidR="00DB5E87" w:rsidRPr="00B0360D">
        <w:rPr>
          <w:rFonts w:cs="Times New Roman"/>
          <w:i/>
          <w:iCs/>
          <w:sz w:val="20"/>
          <w:szCs w:val="18"/>
        </w:rPr>
        <w:t>A</w:t>
      </w:r>
      <w:r w:rsidR="00DB5E87" w:rsidRPr="00B0360D">
        <w:rPr>
          <w:rFonts w:cs="Times New Roman"/>
          <w:sz w:val="20"/>
          <w:szCs w:val="18"/>
        </w:rPr>
        <w:t xml:space="preserve"> and </w:t>
      </w:r>
      <w:r w:rsidR="00DB5E87" w:rsidRPr="00B0360D">
        <w:rPr>
          <w:rFonts w:cs="Times New Roman"/>
          <w:i/>
          <w:iCs/>
          <w:sz w:val="20"/>
          <w:szCs w:val="18"/>
        </w:rPr>
        <w:t>B</w:t>
      </w:r>
      <w:r w:rsidRPr="00B0360D">
        <w:rPr>
          <w:rFonts w:cs="Times New Roman"/>
          <w:sz w:val="20"/>
          <w:szCs w:val="18"/>
        </w:rPr>
        <w:t>.</w:t>
      </w:r>
    </w:p>
    <w:p w14:paraId="0FCB1444" w14:textId="3346148F" w:rsidR="009C7EA9" w:rsidRPr="00B0360D" w:rsidRDefault="009C7EA9" w:rsidP="001576BD">
      <w:pPr>
        <w:spacing w:after="0"/>
        <w:rPr>
          <w:rFonts w:cs="Times New Roman"/>
          <w:sz w:val="20"/>
          <w:szCs w:val="18"/>
        </w:rPr>
      </w:pPr>
      <w:r w:rsidRPr="00B0360D">
        <w:rPr>
          <w:rFonts w:cs="Times New Roman"/>
          <w:sz w:val="20"/>
          <w:szCs w:val="18"/>
        </w:rPr>
        <w:t>All variables must be defined below the equation.</w:t>
      </w:r>
    </w:p>
    <w:p w14:paraId="74C66556" w14:textId="6D6576FB" w:rsidR="00C07A7F" w:rsidRPr="00B0360D" w:rsidRDefault="00407D40" w:rsidP="00BE167D">
      <w:pPr>
        <w:pStyle w:val="Heading1"/>
        <w:numPr>
          <w:ilvl w:val="0"/>
          <w:numId w:val="11"/>
        </w:numPr>
        <w:rPr>
          <w:rFonts w:ascii="Times New Roman" w:hAnsi="Times New Roman" w:cs="Times New Roman"/>
          <w:color w:val="auto"/>
          <w:sz w:val="24"/>
          <w:szCs w:val="24"/>
        </w:rPr>
      </w:pPr>
      <w:r w:rsidRPr="00B0360D">
        <w:rPr>
          <w:rFonts w:ascii="Times New Roman" w:hAnsi="Times New Roman" w:cs="Times New Roman"/>
          <w:color w:val="auto"/>
          <w:sz w:val="24"/>
          <w:szCs w:val="24"/>
        </w:rPr>
        <w:t>RESULTS</w:t>
      </w:r>
    </w:p>
    <w:p w14:paraId="0AB69B1E" w14:textId="1BD6E4FA" w:rsidR="00242D89" w:rsidRPr="00B0360D" w:rsidRDefault="00242D89" w:rsidP="00B7539F">
      <w:pPr>
        <w:tabs>
          <w:tab w:val="right" w:pos="9360"/>
        </w:tabs>
        <w:spacing w:after="0"/>
        <w:rPr>
          <w:rFonts w:cs="Times New Roman"/>
          <w:sz w:val="20"/>
          <w:szCs w:val="18"/>
        </w:rPr>
      </w:pPr>
      <w:r w:rsidRPr="00B0360D">
        <w:rPr>
          <w:rFonts w:cs="Times New Roman"/>
          <w:sz w:val="20"/>
          <w:szCs w:val="18"/>
        </w:rPr>
        <w:t>Present findings clearly and objectively.</w:t>
      </w:r>
    </w:p>
    <w:p w14:paraId="1A6996BB" w14:textId="77777777" w:rsidR="00242D89" w:rsidRPr="00B0360D" w:rsidRDefault="00242D89" w:rsidP="00B7539F">
      <w:pPr>
        <w:numPr>
          <w:ilvl w:val="0"/>
          <w:numId w:val="20"/>
        </w:numPr>
        <w:tabs>
          <w:tab w:val="right" w:pos="9360"/>
        </w:tabs>
        <w:spacing w:after="0"/>
        <w:rPr>
          <w:rFonts w:cs="Times New Roman"/>
          <w:sz w:val="20"/>
          <w:szCs w:val="18"/>
        </w:rPr>
      </w:pPr>
      <w:r w:rsidRPr="00B0360D">
        <w:rPr>
          <w:rFonts w:cs="Times New Roman"/>
          <w:sz w:val="20"/>
          <w:szCs w:val="18"/>
        </w:rPr>
        <w:t>Use tables and figures appropriately</w:t>
      </w:r>
    </w:p>
    <w:p w14:paraId="5FC84CB0" w14:textId="77777777" w:rsidR="00242D89" w:rsidRPr="00B0360D" w:rsidRDefault="00242D89" w:rsidP="00B7539F">
      <w:pPr>
        <w:numPr>
          <w:ilvl w:val="0"/>
          <w:numId w:val="20"/>
        </w:numPr>
        <w:tabs>
          <w:tab w:val="right" w:pos="9360"/>
        </w:tabs>
        <w:spacing w:after="0"/>
        <w:rPr>
          <w:rFonts w:cs="Times New Roman"/>
          <w:sz w:val="20"/>
          <w:szCs w:val="18"/>
        </w:rPr>
      </w:pPr>
      <w:r w:rsidRPr="00B0360D">
        <w:rPr>
          <w:rFonts w:cs="Times New Roman"/>
          <w:sz w:val="20"/>
          <w:szCs w:val="18"/>
        </w:rPr>
        <w:t>Avoid repeating table content in paragraph form</w:t>
      </w:r>
    </w:p>
    <w:p w14:paraId="2232E417" w14:textId="77777777" w:rsidR="00242D89" w:rsidRPr="00B0360D" w:rsidRDefault="00242D89" w:rsidP="00B7539F">
      <w:pPr>
        <w:numPr>
          <w:ilvl w:val="0"/>
          <w:numId w:val="20"/>
        </w:numPr>
        <w:tabs>
          <w:tab w:val="right" w:pos="9360"/>
        </w:tabs>
        <w:spacing w:after="0"/>
        <w:rPr>
          <w:rFonts w:cs="Times New Roman"/>
          <w:sz w:val="20"/>
          <w:szCs w:val="18"/>
        </w:rPr>
      </w:pPr>
      <w:r w:rsidRPr="00B0360D">
        <w:rPr>
          <w:rFonts w:cs="Times New Roman"/>
          <w:sz w:val="20"/>
          <w:szCs w:val="18"/>
        </w:rPr>
        <w:t>Report statistical measures (accuracy, precision, etc.)</w:t>
      </w:r>
    </w:p>
    <w:p w14:paraId="15650C44" w14:textId="77777777" w:rsidR="00242D89" w:rsidRPr="00B0360D" w:rsidRDefault="00242D89" w:rsidP="00B7539F">
      <w:pPr>
        <w:numPr>
          <w:ilvl w:val="0"/>
          <w:numId w:val="20"/>
        </w:numPr>
        <w:tabs>
          <w:tab w:val="right" w:pos="9360"/>
        </w:tabs>
        <w:spacing w:after="0"/>
        <w:rPr>
          <w:rFonts w:cs="Times New Roman"/>
          <w:sz w:val="20"/>
          <w:szCs w:val="18"/>
        </w:rPr>
      </w:pPr>
      <w:r w:rsidRPr="00B0360D">
        <w:rPr>
          <w:rFonts w:cs="Times New Roman"/>
          <w:sz w:val="20"/>
          <w:szCs w:val="18"/>
        </w:rPr>
        <w:t>Highlight significant observations</w:t>
      </w:r>
    </w:p>
    <w:p w14:paraId="6094523C" w14:textId="4357236E" w:rsidR="00242D89" w:rsidRPr="00B0360D" w:rsidRDefault="00242D89" w:rsidP="00242D89">
      <w:pPr>
        <w:tabs>
          <w:tab w:val="right" w:pos="9360"/>
        </w:tabs>
        <w:rPr>
          <w:rFonts w:cs="Times New Roman"/>
          <w:sz w:val="20"/>
          <w:szCs w:val="18"/>
        </w:rPr>
      </w:pPr>
      <w:r w:rsidRPr="00B0360D">
        <w:rPr>
          <w:rFonts w:cs="Times New Roman"/>
          <w:sz w:val="20"/>
          <w:szCs w:val="18"/>
        </w:rPr>
        <w:t>All figures must be referenced in text.</w:t>
      </w:r>
      <w:r w:rsidR="00F96B6E" w:rsidRPr="00B0360D">
        <w:rPr>
          <w:rFonts w:cs="Times New Roman"/>
          <w:sz w:val="20"/>
          <w:szCs w:val="18"/>
        </w:rPr>
        <w:t xml:space="preserve"> </w:t>
      </w:r>
      <w:r w:rsidR="00BB1830" w:rsidRPr="00B0360D">
        <w:rPr>
          <w:rFonts w:cs="Times New Roman"/>
          <w:sz w:val="20"/>
          <w:szCs w:val="18"/>
        </w:rPr>
        <w:t xml:space="preserve">For </w:t>
      </w:r>
      <w:r w:rsidR="007C3E8D" w:rsidRPr="00B0360D">
        <w:rPr>
          <w:rFonts w:cs="Times New Roman"/>
          <w:sz w:val="20"/>
          <w:szCs w:val="18"/>
        </w:rPr>
        <w:t>example,</w:t>
      </w:r>
      <w:r w:rsidR="00BB1830" w:rsidRPr="00B0360D">
        <w:rPr>
          <w:rFonts w:cs="Times New Roman"/>
          <w:sz w:val="20"/>
          <w:szCs w:val="18"/>
        </w:rPr>
        <w:t xml:space="preserve"> t</w:t>
      </w:r>
      <w:r w:rsidR="00F96B6E" w:rsidRPr="00B0360D">
        <w:rPr>
          <w:rFonts w:cs="Times New Roman"/>
          <w:sz w:val="20"/>
          <w:szCs w:val="18"/>
        </w:rPr>
        <w:t>he performance comparison is shown in Figure 2</w:t>
      </w:r>
      <w:r w:rsidR="006B5BB6" w:rsidRPr="00B0360D">
        <w:rPr>
          <w:rFonts w:cs="Times New Roman"/>
          <w:sz w:val="20"/>
          <w:szCs w:val="18"/>
        </w:rPr>
        <w:t>.</w:t>
      </w:r>
    </w:p>
    <w:p w14:paraId="4FAA3E6F" w14:textId="5629FB92" w:rsidR="00C07A7F" w:rsidRPr="00B0360D" w:rsidRDefault="00407D40" w:rsidP="00BE167D">
      <w:pPr>
        <w:pStyle w:val="Heading1"/>
        <w:numPr>
          <w:ilvl w:val="0"/>
          <w:numId w:val="11"/>
        </w:numPr>
        <w:rPr>
          <w:rFonts w:ascii="Times New Roman" w:hAnsi="Times New Roman" w:cs="Times New Roman"/>
          <w:color w:val="auto"/>
          <w:sz w:val="24"/>
          <w:szCs w:val="24"/>
        </w:rPr>
      </w:pPr>
      <w:r w:rsidRPr="00B0360D">
        <w:rPr>
          <w:rFonts w:ascii="Times New Roman" w:hAnsi="Times New Roman" w:cs="Times New Roman"/>
          <w:color w:val="auto"/>
          <w:sz w:val="24"/>
          <w:szCs w:val="24"/>
        </w:rPr>
        <w:t>DISCUSSION</w:t>
      </w:r>
    </w:p>
    <w:p w14:paraId="5B0266A3" w14:textId="6CB980D1" w:rsidR="00D451F8" w:rsidRPr="00B0360D" w:rsidRDefault="00D451F8" w:rsidP="00D451F8">
      <w:pPr>
        <w:spacing w:after="0"/>
        <w:rPr>
          <w:rFonts w:cs="Times New Roman"/>
          <w:sz w:val="20"/>
          <w:szCs w:val="18"/>
        </w:rPr>
      </w:pPr>
      <w:r w:rsidRPr="00B0360D">
        <w:rPr>
          <w:rFonts w:cs="Times New Roman"/>
          <w:sz w:val="20"/>
          <w:szCs w:val="18"/>
        </w:rPr>
        <w:t>Interpret and analyze the results.</w:t>
      </w:r>
    </w:p>
    <w:p w14:paraId="06285642" w14:textId="77777777" w:rsidR="00D451F8" w:rsidRPr="00B0360D" w:rsidRDefault="00D451F8" w:rsidP="00D451F8">
      <w:pPr>
        <w:spacing w:after="0"/>
        <w:rPr>
          <w:rFonts w:cs="Times New Roman"/>
          <w:sz w:val="20"/>
          <w:szCs w:val="18"/>
        </w:rPr>
      </w:pPr>
      <w:r w:rsidRPr="00B0360D">
        <w:rPr>
          <w:rFonts w:cs="Times New Roman"/>
          <w:sz w:val="20"/>
          <w:szCs w:val="18"/>
        </w:rPr>
        <w:t>Authors should:</w:t>
      </w:r>
    </w:p>
    <w:p w14:paraId="5481C9B0" w14:textId="77777777" w:rsidR="00D451F8" w:rsidRPr="00B0360D" w:rsidRDefault="00D451F8" w:rsidP="00D451F8">
      <w:pPr>
        <w:numPr>
          <w:ilvl w:val="0"/>
          <w:numId w:val="21"/>
        </w:numPr>
        <w:spacing w:after="0"/>
        <w:rPr>
          <w:rFonts w:cs="Times New Roman"/>
          <w:sz w:val="20"/>
          <w:szCs w:val="18"/>
        </w:rPr>
      </w:pPr>
      <w:r w:rsidRPr="00B0360D">
        <w:rPr>
          <w:rFonts w:cs="Times New Roman"/>
          <w:sz w:val="20"/>
          <w:szCs w:val="18"/>
        </w:rPr>
        <w:t>Explain why results occurred</w:t>
      </w:r>
    </w:p>
    <w:p w14:paraId="1223491F" w14:textId="77777777" w:rsidR="00D451F8" w:rsidRPr="00B0360D" w:rsidRDefault="00D451F8" w:rsidP="00D451F8">
      <w:pPr>
        <w:numPr>
          <w:ilvl w:val="0"/>
          <w:numId w:val="21"/>
        </w:numPr>
        <w:spacing w:after="0"/>
        <w:rPr>
          <w:rFonts w:cs="Times New Roman"/>
          <w:sz w:val="20"/>
          <w:szCs w:val="18"/>
        </w:rPr>
      </w:pPr>
      <w:r w:rsidRPr="00B0360D">
        <w:rPr>
          <w:rFonts w:cs="Times New Roman"/>
          <w:sz w:val="20"/>
          <w:szCs w:val="18"/>
        </w:rPr>
        <w:t>Compare findings with previous research</w:t>
      </w:r>
    </w:p>
    <w:p w14:paraId="6EB8D81E" w14:textId="77777777" w:rsidR="00D451F8" w:rsidRPr="00B0360D" w:rsidRDefault="00D451F8" w:rsidP="00D451F8">
      <w:pPr>
        <w:numPr>
          <w:ilvl w:val="0"/>
          <w:numId w:val="21"/>
        </w:numPr>
        <w:spacing w:after="0"/>
        <w:rPr>
          <w:rFonts w:cs="Times New Roman"/>
          <w:sz w:val="20"/>
          <w:szCs w:val="18"/>
        </w:rPr>
      </w:pPr>
      <w:r w:rsidRPr="00B0360D">
        <w:rPr>
          <w:rFonts w:cs="Times New Roman"/>
          <w:sz w:val="20"/>
          <w:szCs w:val="18"/>
        </w:rPr>
        <w:t>Discuss practical implications</w:t>
      </w:r>
    </w:p>
    <w:p w14:paraId="4447D708" w14:textId="77777777" w:rsidR="00D451F8" w:rsidRPr="00B0360D" w:rsidRDefault="00D451F8" w:rsidP="00D451F8">
      <w:pPr>
        <w:numPr>
          <w:ilvl w:val="0"/>
          <w:numId w:val="21"/>
        </w:numPr>
        <w:spacing w:after="0"/>
        <w:rPr>
          <w:rFonts w:cs="Times New Roman"/>
          <w:sz w:val="20"/>
          <w:szCs w:val="18"/>
        </w:rPr>
      </w:pPr>
      <w:r w:rsidRPr="00B0360D">
        <w:rPr>
          <w:rFonts w:cs="Times New Roman"/>
          <w:sz w:val="20"/>
          <w:szCs w:val="18"/>
        </w:rPr>
        <w:t>Address limitations</w:t>
      </w:r>
    </w:p>
    <w:p w14:paraId="1311298C" w14:textId="77777777" w:rsidR="00D451F8" w:rsidRPr="00B0360D" w:rsidRDefault="00D451F8" w:rsidP="00D451F8">
      <w:pPr>
        <w:numPr>
          <w:ilvl w:val="0"/>
          <w:numId w:val="21"/>
        </w:numPr>
        <w:spacing w:after="0"/>
        <w:rPr>
          <w:rFonts w:cs="Times New Roman"/>
          <w:sz w:val="20"/>
          <w:szCs w:val="18"/>
        </w:rPr>
      </w:pPr>
      <w:r w:rsidRPr="00B0360D">
        <w:rPr>
          <w:rFonts w:cs="Times New Roman"/>
          <w:sz w:val="20"/>
          <w:szCs w:val="18"/>
        </w:rPr>
        <w:t>Suggest improvements</w:t>
      </w:r>
    </w:p>
    <w:p w14:paraId="5129F75F" w14:textId="6D459384" w:rsidR="00C07A7F" w:rsidRPr="00B0360D" w:rsidRDefault="00D451F8" w:rsidP="009E3ACF">
      <w:pPr>
        <w:spacing w:after="0"/>
        <w:rPr>
          <w:rFonts w:cs="Times New Roman"/>
          <w:sz w:val="20"/>
          <w:szCs w:val="18"/>
        </w:rPr>
      </w:pPr>
      <w:r w:rsidRPr="00B0360D">
        <w:rPr>
          <w:rFonts w:cs="Times New Roman"/>
          <w:sz w:val="20"/>
          <w:szCs w:val="18"/>
        </w:rPr>
        <w:t>This section should demonstrate analytical depth.</w:t>
      </w:r>
    </w:p>
    <w:p w14:paraId="78C2DBFE" w14:textId="77777777" w:rsidR="00A61587" w:rsidRPr="00B0360D" w:rsidRDefault="00407D40" w:rsidP="00BE167D">
      <w:pPr>
        <w:pStyle w:val="Heading1"/>
        <w:numPr>
          <w:ilvl w:val="0"/>
          <w:numId w:val="11"/>
        </w:numPr>
        <w:rPr>
          <w:rFonts w:ascii="Times New Roman" w:eastAsiaTheme="minorEastAsia" w:hAnsi="Times New Roman" w:cs="Times New Roman"/>
          <w:b w:val="0"/>
          <w:bCs w:val="0"/>
          <w:color w:val="auto"/>
          <w:sz w:val="22"/>
          <w:szCs w:val="20"/>
        </w:rPr>
      </w:pPr>
      <w:r w:rsidRPr="00B0360D">
        <w:rPr>
          <w:rFonts w:ascii="Times New Roman" w:hAnsi="Times New Roman" w:cs="Times New Roman"/>
          <w:color w:val="auto"/>
          <w:sz w:val="24"/>
          <w:szCs w:val="24"/>
        </w:rPr>
        <w:t>CONCLUSION</w:t>
      </w:r>
    </w:p>
    <w:p w14:paraId="32FB1407" w14:textId="4D7118B4" w:rsidR="00A61587" w:rsidRPr="00B0360D" w:rsidRDefault="00A61587" w:rsidP="008B50CD">
      <w:pPr>
        <w:pStyle w:val="Heading1"/>
        <w:spacing w:before="0"/>
        <w:jc w:val="both"/>
        <w:rPr>
          <w:rFonts w:ascii="Times New Roman" w:eastAsiaTheme="minorEastAsia" w:hAnsi="Times New Roman" w:cs="Times New Roman"/>
          <w:b w:val="0"/>
          <w:bCs w:val="0"/>
          <w:color w:val="auto"/>
          <w:sz w:val="20"/>
          <w:szCs w:val="18"/>
        </w:rPr>
      </w:pPr>
      <w:r w:rsidRPr="00B0360D">
        <w:rPr>
          <w:rFonts w:ascii="Times New Roman" w:eastAsiaTheme="minorEastAsia" w:hAnsi="Times New Roman" w:cs="Times New Roman"/>
          <w:b w:val="0"/>
          <w:bCs w:val="0"/>
          <w:color w:val="auto"/>
          <w:sz w:val="20"/>
          <w:szCs w:val="18"/>
        </w:rPr>
        <w:t>Although a conclusion may review the main points of the paper, do not replicate the abstract as the conclusion. A conclusion might elaborate on the importance of the work or suggest applications and extensions. Authors are strongly encouraged not to call out multiple figures or tables in the conclusion—these should be referenced in the body of the paper.</w:t>
      </w:r>
      <w:r w:rsidR="007157E6" w:rsidRPr="00B0360D">
        <w:rPr>
          <w:rFonts w:ascii="Times New Roman" w:eastAsiaTheme="minorEastAsia" w:hAnsi="Times New Roman" w:cs="Times New Roman"/>
          <w:b w:val="0"/>
          <w:bCs w:val="0"/>
          <w:color w:val="auto"/>
          <w:sz w:val="20"/>
          <w:szCs w:val="18"/>
        </w:rPr>
        <w:t xml:space="preserve"> Do not introduce new data in this section.</w:t>
      </w:r>
    </w:p>
    <w:p w14:paraId="2360F939" w14:textId="3C8AC6D8" w:rsidR="00C07A7F" w:rsidRPr="00B0360D" w:rsidRDefault="00000000">
      <w:pPr>
        <w:pStyle w:val="Heading1"/>
        <w:rPr>
          <w:rFonts w:ascii="Times New Roman" w:hAnsi="Times New Roman" w:cs="Times New Roman"/>
          <w:color w:val="auto"/>
          <w:sz w:val="24"/>
          <w:szCs w:val="24"/>
        </w:rPr>
      </w:pPr>
      <w:r w:rsidRPr="00B0360D">
        <w:rPr>
          <w:rFonts w:ascii="Times New Roman" w:hAnsi="Times New Roman" w:cs="Times New Roman"/>
          <w:color w:val="auto"/>
          <w:sz w:val="24"/>
          <w:szCs w:val="24"/>
        </w:rPr>
        <w:t>Acknowledgements</w:t>
      </w:r>
    </w:p>
    <w:p w14:paraId="5A45D3DA" w14:textId="10C02ACA" w:rsidR="00C07A7F" w:rsidRPr="00B0360D" w:rsidRDefault="00000000">
      <w:pPr>
        <w:rPr>
          <w:rFonts w:cs="Times New Roman"/>
          <w:sz w:val="20"/>
          <w:szCs w:val="18"/>
        </w:rPr>
      </w:pPr>
      <w:r w:rsidRPr="00B0360D">
        <w:rPr>
          <w:rFonts w:cs="Times New Roman"/>
          <w:sz w:val="20"/>
          <w:szCs w:val="18"/>
        </w:rPr>
        <w:t>Mention funding sources</w:t>
      </w:r>
      <w:r w:rsidR="004828C9" w:rsidRPr="00B0360D">
        <w:rPr>
          <w:rFonts w:cs="Times New Roman"/>
          <w:sz w:val="20"/>
          <w:szCs w:val="18"/>
        </w:rPr>
        <w:t xml:space="preserve">, </w:t>
      </w:r>
      <w:r w:rsidRPr="00B0360D">
        <w:rPr>
          <w:rFonts w:cs="Times New Roman"/>
          <w:sz w:val="20"/>
          <w:szCs w:val="18"/>
        </w:rPr>
        <w:t xml:space="preserve">institutional </w:t>
      </w:r>
      <w:r w:rsidR="005B269B" w:rsidRPr="00B0360D">
        <w:rPr>
          <w:rFonts w:cs="Times New Roman"/>
          <w:sz w:val="20"/>
          <w:szCs w:val="18"/>
        </w:rPr>
        <w:t>support,</w:t>
      </w:r>
      <w:r w:rsidR="004828C9" w:rsidRPr="00B0360D">
        <w:rPr>
          <w:rFonts w:cs="Times New Roman"/>
          <w:sz w:val="20"/>
          <w:szCs w:val="18"/>
        </w:rPr>
        <w:t xml:space="preserve"> or technical assistance</w:t>
      </w:r>
      <w:r w:rsidRPr="00B0360D">
        <w:rPr>
          <w:rFonts w:cs="Times New Roman"/>
          <w:sz w:val="20"/>
          <w:szCs w:val="18"/>
        </w:rPr>
        <w:t xml:space="preserve"> if applicable.</w:t>
      </w:r>
    </w:p>
    <w:p w14:paraId="43DD2B5C" w14:textId="77777777" w:rsidR="00C07A7F" w:rsidRPr="00B0360D" w:rsidRDefault="00000000">
      <w:pPr>
        <w:pStyle w:val="Heading1"/>
        <w:rPr>
          <w:rFonts w:ascii="Times New Roman" w:hAnsi="Times New Roman" w:cs="Times New Roman"/>
          <w:color w:val="auto"/>
          <w:sz w:val="24"/>
          <w:szCs w:val="24"/>
        </w:rPr>
      </w:pPr>
      <w:r w:rsidRPr="00B0360D">
        <w:rPr>
          <w:rFonts w:ascii="Times New Roman" w:hAnsi="Times New Roman" w:cs="Times New Roman"/>
          <w:color w:val="auto"/>
          <w:sz w:val="24"/>
          <w:szCs w:val="24"/>
        </w:rPr>
        <w:lastRenderedPageBreak/>
        <w:t>Conflict of Interest</w:t>
      </w:r>
    </w:p>
    <w:p w14:paraId="16D5481C" w14:textId="62A9D178" w:rsidR="00C07A7F" w:rsidRPr="00B0360D" w:rsidRDefault="00000000" w:rsidP="00CF1670">
      <w:pPr>
        <w:jc w:val="both"/>
        <w:rPr>
          <w:rFonts w:cs="Times New Roman"/>
          <w:sz w:val="20"/>
          <w:szCs w:val="18"/>
        </w:rPr>
      </w:pPr>
      <w:r w:rsidRPr="00B0360D">
        <w:rPr>
          <w:rFonts w:cs="Times New Roman"/>
          <w:sz w:val="20"/>
          <w:szCs w:val="18"/>
        </w:rPr>
        <w:t>The authors declare no conflict of interest.</w:t>
      </w:r>
      <w:r w:rsidR="000A7487" w:rsidRPr="00B0360D">
        <w:rPr>
          <w:rFonts w:cs="Times New Roman"/>
          <w:sz w:val="20"/>
          <w:szCs w:val="18"/>
        </w:rPr>
        <w:t xml:space="preserve"> For example, the authors declare no conflict of interest.</w:t>
      </w:r>
      <w:r w:rsidR="00800292" w:rsidRPr="00B0360D">
        <w:rPr>
          <w:rFonts w:cs="Times New Roman"/>
          <w:sz w:val="20"/>
          <w:szCs w:val="18"/>
        </w:rPr>
        <w:t xml:space="preserve"> If applicable, authors must confirm that ethical approval was obtained from appropriate institutional review boards.</w:t>
      </w:r>
    </w:p>
    <w:p w14:paraId="0F3C0BED" w14:textId="4E33CF18" w:rsidR="00C07A7F" w:rsidRPr="00B0360D" w:rsidRDefault="007B46CF">
      <w:pPr>
        <w:pStyle w:val="Heading1"/>
        <w:rPr>
          <w:rFonts w:ascii="Times New Roman" w:hAnsi="Times New Roman" w:cs="Times New Roman"/>
          <w:color w:val="auto"/>
          <w:sz w:val="24"/>
          <w:szCs w:val="24"/>
        </w:rPr>
      </w:pPr>
      <w:r w:rsidRPr="00B0360D">
        <w:rPr>
          <w:rFonts w:ascii="Times New Roman" w:hAnsi="Times New Roman" w:cs="Times New Roman"/>
          <w:color w:val="auto"/>
          <w:sz w:val="24"/>
          <w:szCs w:val="24"/>
        </w:rPr>
        <w:t>REFERENCES</w:t>
      </w:r>
    </w:p>
    <w:p w14:paraId="55C57A5D" w14:textId="20FCA99B" w:rsidR="002D2A2A" w:rsidRPr="00B0360D" w:rsidRDefault="001B088D" w:rsidP="002D2A2A">
      <w:pPr>
        <w:rPr>
          <w:rFonts w:cs="Times New Roman"/>
          <w:sz w:val="16"/>
          <w:szCs w:val="14"/>
        </w:rPr>
      </w:pPr>
      <w:r w:rsidRPr="00B0360D">
        <w:rPr>
          <w:rFonts w:cs="Times New Roman"/>
          <w:sz w:val="16"/>
          <w:szCs w:val="14"/>
        </w:rPr>
        <w:t>(</w:t>
      </w:r>
      <w:r w:rsidR="002D2A2A" w:rsidRPr="00B0360D">
        <w:rPr>
          <w:rFonts w:cs="Times New Roman"/>
          <w:sz w:val="16"/>
          <w:szCs w:val="14"/>
        </w:rPr>
        <w:t>All references must follow IEEE style and be numbered sequentially in order of appearance.</w:t>
      </w:r>
      <w:r w:rsidR="00C91458" w:rsidRPr="00B0360D">
        <w:rPr>
          <w:rFonts w:cs="Times New Roman"/>
          <w:sz w:val="16"/>
          <w:szCs w:val="14"/>
        </w:rPr>
        <w:t xml:space="preserve"> Examples are given below for reference.</w:t>
      </w:r>
      <w:r w:rsidRPr="00B0360D">
        <w:rPr>
          <w:rFonts w:cs="Times New Roman"/>
          <w:sz w:val="16"/>
          <w:szCs w:val="14"/>
        </w:rPr>
        <w:t>)</w:t>
      </w:r>
    </w:p>
    <w:p w14:paraId="0DA24DF4" w14:textId="47371361" w:rsidR="00C07A7F" w:rsidRPr="00B0360D" w:rsidRDefault="00000000" w:rsidP="00E52D86">
      <w:pPr>
        <w:pStyle w:val="ListParagraph"/>
        <w:numPr>
          <w:ilvl w:val="0"/>
          <w:numId w:val="22"/>
        </w:numPr>
        <w:rPr>
          <w:rFonts w:cs="Times New Roman"/>
          <w:sz w:val="16"/>
          <w:szCs w:val="14"/>
        </w:rPr>
      </w:pPr>
      <w:r w:rsidRPr="00B0360D">
        <w:rPr>
          <w:rFonts w:cs="Times New Roman"/>
          <w:sz w:val="16"/>
          <w:szCs w:val="14"/>
        </w:rPr>
        <w:t>A. Author, “Title of the paper,” Journal Name, vol. 10, no. 2, pp. 1–10, 2025.</w:t>
      </w:r>
    </w:p>
    <w:p w14:paraId="6248240B" w14:textId="20120318" w:rsidR="00327684" w:rsidRPr="00B0360D" w:rsidRDefault="00000000" w:rsidP="00A70C04">
      <w:pPr>
        <w:pStyle w:val="ListParagraph"/>
        <w:numPr>
          <w:ilvl w:val="0"/>
          <w:numId w:val="22"/>
        </w:numPr>
        <w:rPr>
          <w:rFonts w:cs="Times New Roman"/>
          <w:sz w:val="16"/>
          <w:szCs w:val="14"/>
        </w:rPr>
      </w:pPr>
      <w:r w:rsidRPr="00B0360D">
        <w:rPr>
          <w:rFonts w:cs="Times New Roman"/>
          <w:sz w:val="16"/>
          <w:szCs w:val="14"/>
        </w:rPr>
        <w:t>B. Author, Book Title. Publisher, Year.</w:t>
      </w:r>
    </w:p>
    <w:p w14:paraId="12D16474" w14:textId="6BBBB185" w:rsidR="00C66E53" w:rsidRPr="00B0360D" w:rsidRDefault="00C66E53" w:rsidP="00C66E53">
      <w:pPr>
        <w:pStyle w:val="ListParagraph"/>
        <w:numPr>
          <w:ilvl w:val="0"/>
          <w:numId w:val="22"/>
        </w:numPr>
        <w:spacing w:after="0" w:line="240" w:lineRule="auto"/>
        <w:rPr>
          <w:rFonts w:cs="Times New Roman"/>
          <w:b/>
          <w:bCs/>
          <w:sz w:val="16"/>
          <w:szCs w:val="14"/>
        </w:rPr>
      </w:pPr>
      <w:r w:rsidRPr="00B0360D">
        <w:rPr>
          <w:rFonts w:cs="Times New Roman"/>
          <w:sz w:val="16"/>
          <w:szCs w:val="14"/>
        </w:rPr>
        <w:t>V. Sharma and P. Singh, “An intelligent crop yield prediction model,” International Journal of Advanced Multidisciplinary Studies and Innovation, vol. 2, no. 1, pp. 15–25, Jan. 2026.</w:t>
      </w:r>
    </w:p>
    <w:p w14:paraId="060780D9" w14:textId="2244FB12" w:rsidR="00C66E53" w:rsidRPr="00B0360D" w:rsidRDefault="00C66E53" w:rsidP="00C66E53">
      <w:pPr>
        <w:pStyle w:val="ListParagraph"/>
        <w:numPr>
          <w:ilvl w:val="0"/>
          <w:numId w:val="22"/>
        </w:numPr>
        <w:spacing w:after="0" w:line="240" w:lineRule="auto"/>
        <w:rPr>
          <w:rFonts w:cs="Times New Roman"/>
          <w:sz w:val="16"/>
          <w:szCs w:val="14"/>
        </w:rPr>
      </w:pPr>
      <w:r w:rsidRPr="00B0360D">
        <w:rPr>
          <w:rFonts w:cs="Times New Roman"/>
          <w:sz w:val="16"/>
          <w:szCs w:val="14"/>
        </w:rPr>
        <w:t>A. Kumar and R. Mehta, “IoT-based smart irrigation system,” in Proc. IEEE Int. Conf. Smart Systems, 2025, pp. 45–50.</w:t>
      </w:r>
    </w:p>
    <w:p w14:paraId="76C65A08" w14:textId="20F73D98" w:rsidR="00C66E53" w:rsidRPr="00B0360D" w:rsidRDefault="00C66E53" w:rsidP="00C66E53">
      <w:pPr>
        <w:pStyle w:val="ListParagraph"/>
        <w:numPr>
          <w:ilvl w:val="0"/>
          <w:numId w:val="22"/>
        </w:numPr>
        <w:spacing w:after="0" w:line="240" w:lineRule="auto"/>
        <w:rPr>
          <w:rFonts w:cs="Times New Roman"/>
          <w:sz w:val="16"/>
          <w:szCs w:val="14"/>
        </w:rPr>
      </w:pPr>
      <w:r w:rsidRPr="00B0360D">
        <w:rPr>
          <w:rFonts w:cs="Times New Roman"/>
          <w:sz w:val="16"/>
          <w:szCs w:val="14"/>
        </w:rPr>
        <w:t>T. M. Mitchell, Machine Learning. New York, NY, USA: McGraw-Hill, 1997.</w:t>
      </w:r>
    </w:p>
    <w:p w14:paraId="6164E73A" w14:textId="2B4D5174" w:rsidR="00C66E53" w:rsidRPr="00B0360D" w:rsidRDefault="00C66E53" w:rsidP="00C66E53">
      <w:pPr>
        <w:pStyle w:val="ListParagraph"/>
        <w:numPr>
          <w:ilvl w:val="0"/>
          <w:numId w:val="22"/>
        </w:numPr>
        <w:spacing w:after="0" w:line="240" w:lineRule="auto"/>
        <w:rPr>
          <w:rFonts w:cs="Times New Roman"/>
          <w:sz w:val="16"/>
          <w:szCs w:val="14"/>
        </w:rPr>
      </w:pPr>
      <w:r w:rsidRPr="00B0360D">
        <w:rPr>
          <w:rFonts w:cs="Times New Roman"/>
          <w:sz w:val="16"/>
          <w:szCs w:val="14"/>
        </w:rPr>
        <w:t>J. Smith, “Deep learning applications,” in Advances in Artificial Intelligence, R. Brown, Ed. London, U.K.: Springer, 2023, pp. 120–135.</w:t>
      </w:r>
    </w:p>
    <w:p w14:paraId="77203C56" w14:textId="13EE8030" w:rsidR="00C66E53" w:rsidRPr="00B0360D" w:rsidRDefault="00C66E53" w:rsidP="00C66E53">
      <w:pPr>
        <w:pStyle w:val="ListParagraph"/>
        <w:numPr>
          <w:ilvl w:val="0"/>
          <w:numId w:val="22"/>
        </w:numPr>
        <w:spacing w:after="0" w:line="240" w:lineRule="auto"/>
        <w:rPr>
          <w:rFonts w:cs="Times New Roman"/>
          <w:sz w:val="16"/>
          <w:szCs w:val="14"/>
        </w:rPr>
      </w:pPr>
      <w:r w:rsidRPr="00B0360D">
        <w:rPr>
          <w:rFonts w:cs="Times New Roman"/>
          <w:sz w:val="16"/>
          <w:szCs w:val="14"/>
        </w:rPr>
        <w:t>World Health Organization, “Global health statistics 2024,” https://www.who.int, accessed Jan. 15, 2026.</w:t>
      </w:r>
    </w:p>
    <w:p w14:paraId="60FF5C3E" w14:textId="63FB961B" w:rsidR="00C66E53" w:rsidRDefault="00C66E53" w:rsidP="0084354E">
      <w:pPr>
        <w:pStyle w:val="ListParagraph"/>
        <w:numPr>
          <w:ilvl w:val="0"/>
          <w:numId w:val="22"/>
        </w:numPr>
        <w:spacing w:after="0" w:line="240" w:lineRule="auto"/>
        <w:rPr>
          <w:rFonts w:cs="Times New Roman"/>
          <w:sz w:val="16"/>
          <w:szCs w:val="14"/>
        </w:rPr>
      </w:pPr>
      <w:r w:rsidRPr="00B0360D">
        <w:rPr>
          <w:rFonts w:cs="Times New Roman"/>
          <w:sz w:val="16"/>
          <w:szCs w:val="14"/>
        </w:rPr>
        <w:t xml:space="preserve">S. Lee, “Blockchain security analysis,” IEEE Access, vol. 9, pp. 12345–12356, 2024, </w:t>
      </w:r>
      <w:proofErr w:type="spellStart"/>
      <w:r w:rsidRPr="00B0360D">
        <w:rPr>
          <w:rFonts w:cs="Times New Roman"/>
          <w:sz w:val="16"/>
          <w:szCs w:val="14"/>
        </w:rPr>
        <w:t>doi</w:t>
      </w:r>
      <w:proofErr w:type="spellEnd"/>
      <w:r w:rsidRPr="00B0360D">
        <w:rPr>
          <w:rFonts w:cs="Times New Roman"/>
          <w:sz w:val="16"/>
          <w:szCs w:val="14"/>
        </w:rPr>
        <w:t>: 10.1109/ACCESS.2024.1234567</w:t>
      </w:r>
      <w:r w:rsidRPr="0084354E">
        <w:rPr>
          <w:rFonts w:cs="Times New Roman"/>
          <w:sz w:val="16"/>
          <w:szCs w:val="14"/>
        </w:rPr>
        <w:t>.</w:t>
      </w:r>
    </w:p>
    <w:sectPr w:rsidR="00C66E53" w:rsidSect="009F67C1">
      <w:headerReference w:type="default" r:id="rId9"/>
      <w:footerReference w:type="default" r:id="rId10"/>
      <w:pgSz w:w="11906" w:h="16838" w:code="9"/>
      <w:pgMar w:top="1440" w:right="1440" w:bottom="1440" w:left="1440" w:header="284"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28A4" w14:textId="77777777" w:rsidR="00F10595" w:rsidRDefault="00F10595">
      <w:pPr>
        <w:spacing w:after="0" w:line="240" w:lineRule="auto"/>
      </w:pPr>
      <w:r>
        <w:separator/>
      </w:r>
    </w:p>
  </w:endnote>
  <w:endnote w:type="continuationSeparator" w:id="0">
    <w:p w14:paraId="29B74436" w14:textId="77777777" w:rsidR="00F10595" w:rsidRDefault="00F10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AFD6" w14:textId="3C41C9C0" w:rsidR="00A57CF8" w:rsidRPr="004F47A6" w:rsidRDefault="00F84C9E" w:rsidP="007834F2">
    <w:pPr>
      <w:pStyle w:val="Footer"/>
      <w:ind w:left="-709"/>
      <w:jc w:val="right"/>
      <w:rPr>
        <w:sz w:val="22"/>
        <w:szCs w:val="20"/>
      </w:rPr>
    </w:pPr>
    <w:r>
      <w:t>------------------------------------------------------------------------------------</w:t>
    </w:r>
    <w:r w:rsidR="0057275E">
      <w:t>--</w:t>
    </w:r>
    <w:r>
      <w:t>-----------</w:t>
    </w:r>
    <w:r w:rsidR="00C01F80">
      <w:t>------</w:t>
    </w:r>
    <w:r>
      <w:t>------------------</w:t>
    </w:r>
    <w:sdt>
      <w:sdtPr>
        <w:rPr>
          <w:sz w:val="22"/>
          <w:szCs w:val="20"/>
        </w:rPr>
        <w:id w:val="208546361"/>
        <w:docPartObj>
          <w:docPartGallery w:val="Page Numbers (Bottom of Page)"/>
          <w:docPartUnique/>
        </w:docPartObj>
      </w:sdtPr>
      <w:sdtEndPr>
        <w:rPr>
          <w:noProof/>
        </w:rPr>
      </w:sdtEndPr>
      <w:sdtContent>
        <w:r w:rsidR="00A57CF8" w:rsidRPr="00FC31C1">
          <w:rPr>
            <w:sz w:val="20"/>
            <w:szCs w:val="18"/>
          </w:rPr>
          <w:fldChar w:fldCharType="begin"/>
        </w:r>
        <w:r w:rsidR="00A57CF8" w:rsidRPr="00FC31C1">
          <w:rPr>
            <w:sz w:val="20"/>
            <w:szCs w:val="18"/>
          </w:rPr>
          <w:instrText xml:space="preserve"> PAGE   \* MERGEFORMAT </w:instrText>
        </w:r>
        <w:r w:rsidR="00A57CF8" w:rsidRPr="00FC31C1">
          <w:rPr>
            <w:sz w:val="20"/>
            <w:szCs w:val="18"/>
          </w:rPr>
          <w:fldChar w:fldCharType="separate"/>
        </w:r>
        <w:r w:rsidR="00A57CF8" w:rsidRPr="00FC31C1">
          <w:rPr>
            <w:noProof/>
            <w:sz w:val="20"/>
            <w:szCs w:val="18"/>
          </w:rPr>
          <w:t>2</w:t>
        </w:r>
        <w:r w:rsidR="00A57CF8" w:rsidRPr="00FC31C1">
          <w:rPr>
            <w:noProof/>
            <w:sz w:val="20"/>
            <w:szCs w:val="18"/>
          </w:rPr>
          <w:fldChar w:fldCharType="end"/>
        </w:r>
      </w:sdtContent>
    </w:sdt>
  </w:p>
  <w:p w14:paraId="67FF5D2A" w14:textId="0025B70F" w:rsidR="00E57DA5" w:rsidRPr="00960C66" w:rsidRDefault="00E57DA5" w:rsidP="00E57DA5">
    <w:pPr>
      <w:pStyle w:val="Footer"/>
      <w:jc w:val="center"/>
      <w:rPr>
        <w:sz w:val="20"/>
        <w:szCs w:val="18"/>
      </w:rPr>
    </w:pPr>
    <w:r w:rsidRPr="00960C66">
      <w:rPr>
        <w:sz w:val="20"/>
        <w:szCs w:val="18"/>
      </w:rPr>
      <w:t xml:space="preserve">© </w:t>
    </w:r>
    <w:r w:rsidR="00740F28">
      <w:rPr>
        <w:sz w:val="20"/>
        <w:szCs w:val="18"/>
      </w:rPr>
      <w:t>YYYY</w:t>
    </w:r>
    <w:r w:rsidRPr="00960C66">
      <w:rPr>
        <w:sz w:val="20"/>
        <w:szCs w:val="18"/>
      </w:rPr>
      <w:t xml:space="preserve"> </w:t>
    </w:r>
    <w:r w:rsidR="003F2971">
      <w:rPr>
        <w:sz w:val="20"/>
        <w:szCs w:val="18"/>
      </w:rPr>
      <w:t>JSST</w:t>
    </w:r>
    <w:r w:rsidRPr="00960C66">
      <w:rPr>
        <w:sz w:val="20"/>
        <w:szCs w:val="18"/>
      </w:rPr>
      <w:t xml:space="preserve"> | Open Access Journal | </w:t>
    </w:r>
    <w:r w:rsidRPr="00960C66">
      <w:rPr>
        <w:color w:val="000000" w:themeColor="text1"/>
        <w:sz w:val="20"/>
        <w:szCs w:val="20"/>
      </w:rPr>
      <w:t>Peer-Reviewed | Quarterly Journal</w:t>
    </w:r>
    <w:r w:rsidRPr="00960C66">
      <w:rPr>
        <w:sz w:val="20"/>
        <w:szCs w:val="18"/>
      </w:rPr>
      <w:t xml:space="preserve"> | CC BY 4.0 License</w:t>
    </w:r>
  </w:p>
  <w:p w14:paraId="4AA609E5" w14:textId="3BBFAD1E" w:rsidR="00E57DA5" w:rsidRPr="00BC7175" w:rsidRDefault="003F2971" w:rsidP="003F2971">
    <w:pPr>
      <w:jc w:val="center"/>
    </w:pPr>
    <w:hyperlink r:id="rId1" w:history="1">
      <w:r w:rsidRPr="00BC7175">
        <w:rPr>
          <w:rStyle w:val="Hyperlink"/>
        </w:rPr>
        <w:t>https://jsstjournal.com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DBBD7" w14:textId="77777777" w:rsidR="00F10595" w:rsidRDefault="00F10595">
      <w:pPr>
        <w:spacing w:after="0" w:line="240" w:lineRule="auto"/>
      </w:pPr>
      <w:r>
        <w:separator/>
      </w:r>
    </w:p>
  </w:footnote>
  <w:footnote w:type="continuationSeparator" w:id="0">
    <w:p w14:paraId="2AB2F049" w14:textId="77777777" w:rsidR="00F10595" w:rsidRDefault="00F10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D9A4" w14:textId="77777777" w:rsidR="00945440" w:rsidRDefault="00D553B0" w:rsidP="00D553B0">
    <w:pPr>
      <w:pStyle w:val="Header"/>
      <w:tabs>
        <w:tab w:val="clear" w:pos="9360"/>
        <w:tab w:val="right" w:pos="9072"/>
      </w:tabs>
      <w:jc w:val="center"/>
      <w:rPr>
        <w:color w:val="002060"/>
        <w:sz w:val="28"/>
        <w:szCs w:val="28"/>
      </w:rPr>
    </w:pPr>
    <w:r w:rsidRPr="0003703F">
      <w:rPr>
        <w:noProof/>
        <w:color w:val="002060"/>
      </w:rPr>
      <mc:AlternateContent>
        <mc:Choice Requires="wps">
          <w:drawing>
            <wp:anchor distT="45720" distB="45720" distL="114300" distR="114300" simplePos="0" relativeHeight="251664384" behindDoc="0" locked="0" layoutInCell="1" allowOverlap="1" wp14:anchorId="13240FFC" wp14:editId="1D18905E">
              <wp:simplePos x="0" y="0"/>
              <wp:positionH relativeFrom="column">
                <wp:posOffset>-274320</wp:posOffset>
              </wp:positionH>
              <wp:positionV relativeFrom="paragraph">
                <wp:posOffset>-180340</wp:posOffset>
              </wp:positionV>
              <wp:extent cx="1371600" cy="10071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07110"/>
                      </a:xfrm>
                      <a:prstGeom prst="rect">
                        <a:avLst/>
                      </a:prstGeom>
                      <a:solidFill>
                        <a:srgbClr val="FFFFFF"/>
                      </a:solidFill>
                      <a:ln w="9525">
                        <a:noFill/>
                        <a:miter lim="800000"/>
                        <a:headEnd/>
                        <a:tailEnd/>
                      </a:ln>
                    </wps:spPr>
                    <wps:txbx>
                      <w:txbxContent>
                        <w:p w14:paraId="6A213969" w14:textId="77777777" w:rsidR="00D553B0" w:rsidRDefault="00D553B0" w:rsidP="00D553B0">
                          <w:r>
                            <w:rPr>
                              <w:noProof/>
                            </w:rPr>
                            <w:drawing>
                              <wp:inline distT="0" distB="0" distL="0" distR="0" wp14:anchorId="17A4540D" wp14:editId="6F5DA8D8">
                                <wp:extent cx="929640" cy="954067"/>
                                <wp:effectExtent l="0" t="0" r="0" b="0"/>
                                <wp:docPr id="1520693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91479" name="Picture 2"/>
                                        <pic:cNvPicPr/>
                                      </pic:nvPicPr>
                                      <pic:blipFill>
                                        <a:blip r:embed="rId1"/>
                                        <a:stretch>
                                          <a:fillRect/>
                                        </a:stretch>
                                      </pic:blipFill>
                                      <pic:spPr>
                                        <a:xfrm>
                                          <a:off x="0" y="0"/>
                                          <a:ext cx="929640" cy="95406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40FFC" id="_x0000_t202" coordsize="21600,21600" o:spt="202" path="m,l,21600r21600,l21600,xe">
              <v:stroke joinstyle="miter"/>
              <v:path gradientshapeok="t" o:connecttype="rect"/>
            </v:shapetype>
            <v:shape id="Text Box 2" o:spid="_x0000_s1026" type="#_x0000_t202" style="position:absolute;left:0;text-align:left;margin-left:-21.6pt;margin-top:-14.2pt;width:108pt;height:79.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" stroked="f">
              <v:textbox>
                <w:txbxContent>
                  <w:p w14:paraId="6A213969" w14:textId="77777777" w:rsidR="00D553B0" w:rsidRDefault="00D553B0" w:rsidP="00D553B0">
                    <w:r>
                      <w:rPr>
                        <w:noProof/>
                      </w:rPr>
                      <w:drawing>
                        <wp:inline distT="0" distB="0" distL="0" distR="0" wp14:anchorId="17A4540D" wp14:editId="6F5DA8D8">
                          <wp:extent cx="929640" cy="954067"/>
                          <wp:effectExtent l="0" t="0" r="0" b="0"/>
                          <wp:docPr id="1520693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91479" name="Picture 2"/>
                                  <pic:cNvPicPr/>
                                </pic:nvPicPr>
                                <pic:blipFill>
                                  <a:blip r:embed="rId1"/>
                                  <a:stretch>
                                    <a:fillRect/>
                                  </a:stretch>
                                </pic:blipFill>
                                <pic:spPr>
                                  <a:xfrm>
                                    <a:off x="0" y="0"/>
                                    <a:ext cx="929640" cy="954067"/>
                                  </a:xfrm>
                                  <a:prstGeom prst="rect">
                                    <a:avLst/>
                                  </a:prstGeom>
                                </pic:spPr>
                              </pic:pic>
                            </a:graphicData>
                          </a:graphic>
                        </wp:inline>
                      </w:drawing>
                    </w:r>
                  </w:p>
                </w:txbxContent>
              </v:textbox>
              <w10:wrap type="square"/>
            </v:shape>
          </w:pict>
        </mc:Fallback>
      </mc:AlternateContent>
    </w:r>
    <w:r>
      <w:rPr>
        <w:color w:val="002060"/>
        <w:sz w:val="28"/>
        <w:szCs w:val="28"/>
      </w:rPr>
      <w:t xml:space="preserve">       </w:t>
    </w:r>
    <w:r w:rsidR="00F520F3" w:rsidRPr="00F520F3">
      <w:rPr>
        <w:color w:val="002060"/>
        <w:sz w:val="28"/>
        <w:szCs w:val="28"/>
      </w:rPr>
      <w:t>Journal of Sustainable Smart Technologies</w:t>
    </w:r>
  </w:p>
  <w:p w14:paraId="2E7B8581" w14:textId="2CB5B72C" w:rsidR="00D553B0" w:rsidRDefault="00D553B0" w:rsidP="00D553B0">
    <w:pPr>
      <w:pStyle w:val="Header"/>
      <w:tabs>
        <w:tab w:val="clear" w:pos="9360"/>
        <w:tab w:val="right" w:pos="9072"/>
      </w:tabs>
      <w:jc w:val="center"/>
      <w:rPr>
        <w:color w:val="002060"/>
        <w:sz w:val="28"/>
        <w:szCs w:val="28"/>
      </w:rPr>
    </w:pPr>
    <w:r w:rsidRPr="004D5FBD">
      <w:rPr>
        <w:color w:val="002060"/>
        <w:sz w:val="28"/>
        <w:szCs w:val="28"/>
      </w:rPr>
      <w:t>(</w:t>
    </w:r>
    <w:r w:rsidR="00F520F3">
      <w:rPr>
        <w:b/>
        <w:bCs/>
        <w:color w:val="002060"/>
        <w:sz w:val="28"/>
        <w:szCs w:val="28"/>
      </w:rPr>
      <w:t>JSST</w:t>
    </w:r>
    <w:r w:rsidRPr="004D5FBD">
      <w:rPr>
        <w:color w:val="002060"/>
        <w:sz w:val="28"/>
        <w:szCs w:val="28"/>
      </w:rPr>
      <w:t>)</w:t>
    </w:r>
  </w:p>
  <w:p w14:paraId="53BD7B0E" w14:textId="77777777" w:rsidR="00D553B0" w:rsidRDefault="00D553B0" w:rsidP="00D553B0">
    <w:pPr>
      <w:pStyle w:val="Header"/>
      <w:jc w:val="center"/>
    </w:pPr>
    <w:r>
      <w:t>ISSN: XXXX-XXXX</w:t>
    </w:r>
    <w:r w:rsidRPr="00192C0D">
      <w:t xml:space="preserve"> </w:t>
    </w:r>
  </w:p>
  <w:p w14:paraId="2726B615" w14:textId="287B566A" w:rsidR="00D553B0" w:rsidRDefault="00D553B0" w:rsidP="00D553B0">
    <w:pPr>
      <w:pStyle w:val="Header"/>
      <w:jc w:val="center"/>
    </w:pPr>
    <w:r w:rsidRPr="00192C0D">
      <w:t xml:space="preserve">Volume: </w:t>
    </w:r>
    <w:r w:rsidR="007610CA">
      <w:t>XX</w:t>
    </w:r>
    <w:r w:rsidRPr="00192C0D">
      <w:t xml:space="preserve"> | Issue: </w:t>
    </w:r>
    <w:r w:rsidR="007610CA">
      <w:t>XX</w:t>
    </w:r>
    <w:r w:rsidRPr="00192C0D">
      <w:t xml:space="preserve"> | </w:t>
    </w:r>
    <w:r w:rsidR="007610CA">
      <w:t>Month</w:t>
    </w:r>
    <w:r w:rsidRPr="00192C0D">
      <w:t xml:space="preserve"> </w:t>
    </w:r>
    <w:r w:rsidR="007610CA">
      <w:t>YYYY</w:t>
    </w:r>
  </w:p>
  <w:p w14:paraId="22A96174" w14:textId="043B8BC4" w:rsidR="00355246" w:rsidRPr="0018428E" w:rsidRDefault="0018428E" w:rsidP="0018428E">
    <w:pPr>
      <w:pStyle w:val="Header"/>
      <w:tabs>
        <w:tab w:val="clear" w:pos="9360"/>
        <w:tab w:val="right" w:pos="9072"/>
      </w:tabs>
      <w:ind w:left="-851" w:right="-705" w:hanging="142"/>
      <w:jc w:val="cent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873418"/>
    <w:multiLevelType w:val="hybridMultilevel"/>
    <w:tmpl w:val="5B1256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0C10023F"/>
    <w:multiLevelType w:val="multilevel"/>
    <w:tmpl w:val="6720B03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703E20"/>
    <w:multiLevelType w:val="hybridMultilevel"/>
    <w:tmpl w:val="1C1245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86B5092"/>
    <w:multiLevelType w:val="hybridMultilevel"/>
    <w:tmpl w:val="BC1637DC"/>
    <w:lvl w:ilvl="0" w:tplc="79C05274">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99A7AB7"/>
    <w:multiLevelType w:val="multilevel"/>
    <w:tmpl w:val="1754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1F4482"/>
    <w:multiLevelType w:val="multilevel"/>
    <w:tmpl w:val="A266B674"/>
    <w:lvl w:ilvl="0">
      <w:start w:val="1"/>
      <w:numFmt w:val="decimal"/>
      <w:lvlText w:val="%1."/>
      <w:lvlJc w:val="left"/>
      <w:pPr>
        <w:ind w:left="644" w:hanging="360"/>
      </w:pPr>
      <w:rPr>
        <w:rFonts w:ascii="Times New Roman" w:hAnsi="Times New Roman" w:cs="Times New Roman" w:hint="default"/>
        <w:b/>
        <w:bCs/>
        <w:color w:val="1F497D" w:themeColor="text2"/>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3C0CC5"/>
    <w:multiLevelType w:val="multilevel"/>
    <w:tmpl w:val="05B8C2F8"/>
    <w:lvl w:ilvl="0">
      <w:start w:val="1"/>
      <w:numFmt w:val="bullet"/>
      <w:lvlText w:val=""/>
      <w:lvlJc w:val="left"/>
      <w:pPr>
        <w:tabs>
          <w:tab w:val="num" w:pos="1571"/>
        </w:tabs>
        <w:ind w:left="1571" w:hanging="360"/>
      </w:pPr>
      <w:rPr>
        <w:rFonts w:ascii="Symbol" w:hAnsi="Symbol" w:hint="default"/>
        <w:sz w:val="20"/>
      </w:rPr>
    </w:lvl>
    <w:lvl w:ilvl="1" w:tentative="1">
      <w:start w:val="1"/>
      <w:numFmt w:val="bullet"/>
      <w:lvlText w:val="o"/>
      <w:lvlJc w:val="left"/>
      <w:pPr>
        <w:tabs>
          <w:tab w:val="num" w:pos="2291"/>
        </w:tabs>
        <w:ind w:left="2291" w:hanging="360"/>
      </w:pPr>
      <w:rPr>
        <w:rFonts w:ascii="Courier New" w:hAnsi="Courier New"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16" w15:restartNumberingAfterBreak="0">
    <w:nsid w:val="41E109AE"/>
    <w:multiLevelType w:val="multilevel"/>
    <w:tmpl w:val="34A2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9C3B32"/>
    <w:multiLevelType w:val="hybridMultilevel"/>
    <w:tmpl w:val="4C12C5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C4370DA"/>
    <w:multiLevelType w:val="multilevel"/>
    <w:tmpl w:val="58DA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143A3F"/>
    <w:multiLevelType w:val="multilevel"/>
    <w:tmpl w:val="6E94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1A031E"/>
    <w:multiLevelType w:val="multilevel"/>
    <w:tmpl w:val="6E44A58C"/>
    <w:lvl w:ilvl="0">
      <w:start w:val="1"/>
      <w:numFmt w:val="decimal"/>
      <w:lvlText w:val="%1."/>
      <w:lvlJc w:val="left"/>
      <w:pPr>
        <w:ind w:left="644" w:hanging="360"/>
      </w:pPr>
      <w:rPr>
        <w:rFonts w:ascii="Times New Roman" w:hAnsi="Times New Roman" w:cs="Times New Roman" w:hint="default"/>
        <w:b/>
        <w:bCs/>
        <w:color w:val="auto"/>
        <w:sz w:val="24"/>
        <w:szCs w:val="24"/>
      </w:rPr>
    </w:lvl>
    <w:lvl w:ilvl="1">
      <w:start w:val="1"/>
      <w:numFmt w:val="decimal"/>
      <w:isLgl/>
      <w:lvlText w:val="%1.%2."/>
      <w:lvlJc w:val="left"/>
      <w:pPr>
        <w:ind w:left="720" w:hanging="360"/>
      </w:pPr>
      <w:rPr>
        <w:rFonts w:hint="default"/>
        <w:color w:val="auto"/>
        <w:sz w:val="20"/>
        <w:szCs w:val="18"/>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9180638"/>
    <w:multiLevelType w:val="multilevel"/>
    <w:tmpl w:val="6720B03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3146D3"/>
    <w:multiLevelType w:val="multilevel"/>
    <w:tmpl w:val="9E56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595911">
    <w:abstractNumId w:val="8"/>
  </w:num>
  <w:num w:numId="2" w16cid:durableId="774985629">
    <w:abstractNumId w:val="6"/>
  </w:num>
  <w:num w:numId="3" w16cid:durableId="1549607022">
    <w:abstractNumId w:val="5"/>
  </w:num>
  <w:num w:numId="4" w16cid:durableId="1340739464">
    <w:abstractNumId w:val="4"/>
  </w:num>
  <w:num w:numId="5" w16cid:durableId="784733546">
    <w:abstractNumId w:val="7"/>
  </w:num>
  <w:num w:numId="6" w16cid:durableId="365447384">
    <w:abstractNumId w:val="3"/>
  </w:num>
  <w:num w:numId="7" w16cid:durableId="971793254">
    <w:abstractNumId w:val="2"/>
  </w:num>
  <w:num w:numId="8" w16cid:durableId="650913086">
    <w:abstractNumId w:val="1"/>
  </w:num>
  <w:num w:numId="9" w16cid:durableId="1559899106">
    <w:abstractNumId w:val="0"/>
  </w:num>
  <w:num w:numId="10" w16cid:durableId="1771000838">
    <w:abstractNumId w:val="11"/>
  </w:num>
  <w:num w:numId="11" w16cid:durableId="1746684680">
    <w:abstractNumId w:val="20"/>
  </w:num>
  <w:num w:numId="12" w16cid:durableId="1650329016">
    <w:abstractNumId w:val="9"/>
  </w:num>
  <w:num w:numId="13" w16cid:durableId="224950985">
    <w:abstractNumId w:val="17"/>
  </w:num>
  <w:num w:numId="14" w16cid:durableId="1747221486">
    <w:abstractNumId w:val="14"/>
  </w:num>
  <w:num w:numId="15" w16cid:durableId="1723095890">
    <w:abstractNumId w:val="21"/>
  </w:num>
  <w:num w:numId="16" w16cid:durableId="1996251214">
    <w:abstractNumId w:val="13"/>
  </w:num>
  <w:num w:numId="17" w16cid:durableId="126510043">
    <w:abstractNumId w:val="10"/>
  </w:num>
  <w:num w:numId="18" w16cid:durableId="1490248581">
    <w:abstractNumId w:val="22"/>
  </w:num>
  <w:num w:numId="19" w16cid:durableId="680006236">
    <w:abstractNumId w:val="15"/>
  </w:num>
  <w:num w:numId="20" w16cid:durableId="1592667504">
    <w:abstractNumId w:val="18"/>
  </w:num>
  <w:num w:numId="21" w16cid:durableId="742527476">
    <w:abstractNumId w:val="16"/>
  </w:num>
  <w:num w:numId="22" w16cid:durableId="192771484">
    <w:abstractNumId w:val="12"/>
  </w:num>
  <w:num w:numId="23" w16cid:durableId="16048721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600"/>
    <w:rsid w:val="0000103A"/>
    <w:rsid w:val="00001FCD"/>
    <w:rsid w:val="000028CF"/>
    <w:rsid w:val="000132B0"/>
    <w:rsid w:val="000153A1"/>
    <w:rsid w:val="00016864"/>
    <w:rsid w:val="000171A9"/>
    <w:rsid w:val="000178D9"/>
    <w:rsid w:val="00020385"/>
    <w:rsid w:val="000204C3"/>
    <w:rsid w:val="00021133"/>
    <w:rsid w:val="000224B5"/>
    <w:rsid w:val="00023136"/>
    <w:rsid w:val="000247B1"/>
    <w:rsid w:val="0002481A"/>
    <w:rsid w:val="00025FA1"/>
    <w:rsid w:val="00031A97"/>
    <w:rsid w:val="00033767"/>
    <w:rsid w:val="00034616"/>
    <w:rsid w:val="00036252"/>
    <w:rsid w:val="0003667E"/>
    <w:rsid w:val="00036A3D"/>
    <w:rsid w:val="0003703F"/>
    <w:rsid w:val="00041EE5"/>
    <w:rsid w:val="00043049"/>
    <w:rsid w:val="000435BB"/>
    <w:rsid w:val="00043714"/>
    <w:rsid w:val="00043895"/>
    <w:rsid w:val="00045B09"/>
    <w:rsid w:val="000517DF"/>
    <w:rsid w:val="000565B8"/>
    <w:rsid w:val="00056E64"/>
    <w:rsid w:val="0006033C"/>
    <w:rsid w:val="0006063C"/>
    <w:rsid w:val="0006189F"/>
    <w:rsid w:val="000629C2"/>
    <w:rsid w:val="00062F2F"/>
    <w:rsid w:val="00062FA5"/>
    <w:rsid w:val="00064A55"/>
    <w:rsid w:val="00065692"/>
    <w:rsid w:val="00071734"/>
    <w:rsid w:val="00077366"/>
    <w:rsid w:val="00080065"/>
    <w:rsid w:val="00080147"/>
    <w:rsid w:val="00083457"/>
    <w:rsid w:val="000873CE"/>
    <w:rsid w:val="0009286C"/>
    <w:rsid w:val="00092BF3"/>
    <w:rsid w:val="0009438B"/>
    <w:rsid w:val="000947A0"/>
    <w:rsid w:val="00094D82"/>
    <w:rsid w:val="000A0C75"/>
    <w:rsid w:val="000A1032"/>
    <w:rsid w:val="000A12B5"/>
    <w:rsid w:val="000A28A7"/>
    <w:rsid w:val="000A360C"/>
    <w:rsid w:val="000A387B"/>
    <w:rsid w:val="000A7487"/>
    <w:rsid w:val="000B081B"/>
    <w:rsid w:val="000B1714"/>
    <w:rsid w:val="000B7E01"/>
    <w:rsid w:val="000C2CB5"/>
    <w:rsid w:val="000C4036"/>
    <w:rsid w:val="000C5970"/>
    <w:rsid w:val="000D0E7D"/>
    <w:rsid w:val="000D141A"/>
    <w:rsid w:val="000D6124"/>
    <w:rsid w:val="000D6414"/>
    <w:rsid w:val="000D689D"/>
    <w:rsid w:val="000D7C83"/>
    <w:rsid w:val="000D7ED9"/>
    <w:rsid w:val="000E1FD5"/>
    <w:rsid w:val="000E2BC3"/>
    <w:rsid w:val="000E3C87"/>
    <w:rsid w:val="000E773D"/>
    <w:rsid w:val="000F3B43"/>
    <w:rsid w:val="001012E2"/>
    <w:rsid w:val="001024FF"/>
    <w:rsid w:val="0010281F"/>
    <w:rsid w:val="00103462"/>
    <w:rsid w:val="00106286"/>
    <w:rsid w:val="001126B8"/>
    <w:rsid w:val="00113F22"/>
    <w:rsid w:val="00114999"/>
    <w:rsid w:val="001170D6"/>
    <w:rsid w:val="001216C4"/>
    <w:rsid w:val="00122FCA"/>
    <w:rsid w:val="001231B2"/>
    <w:rsid w:val="00124440"/>
    <w:rsid w:val="00124B75"/>
    <w:rsid w:val="00125B2F"/>
    <w:rsid w:val="00130AD1"/>
    <w:rsid w:val="00130C0B"/>
    <w:rsid w:val="00130E03"/>
    <w:rsid w:val="00134197"/>
    <w:rsid w:val="0013723E"/>
    <w:rsid w:val="00137BAA"/>
    <w:rsid w:val="001404DB"/>
    <w:rsid w:val="0014062C"/>
    <w:rsid w:val="001419B4"/>
    <w:rsid w:val="001429B1"/>
    <w:rsid w:val="00142DD3"/>
    <w:rsid w:val="00142FAB"/>
    <w:rsid w:val="00143FDB"/>
    <w:rsid w:val="0015074B"/>
    <w:rsid w:val="00150F84"/>
    <w:rsid w:val="001517DB"/>
    <w:rsid w:val="0015373B"/>
    <w:rsid w:val="001576BD"/>
    <w:rsid w:val="00160E21"/>
    <w:rsid w:val="0017038A"/>
    <w:rsid w:val="00171687"/>
    <w:rsid w:val="00176316"/>
    <w:rsid w:val="00176F4A"/>
    <w:rsid w:val="001801F8"/>
    <w:rsid w:val="001809C6"/>
    <w:rsid w:val="00180D1F"/>
    <w:rsid w:val="0018428E"/>
    <w:rsid w:val="0018445E"/>
    <w:rsid w:val="001879D5"/>
    <w:rsid w:val="00191127"/>
    <w:rsid w:val="00192131"/>
    <w:rsid w:val="00192F32"/>
    <w:rsid w:val="0019411C"/>
    <w:rsid w:val="00194BC9"/>
    <w:rsid w:val="00195D5B"/>
    <w:rsid w:val="0019758A"/>
    <w:rsid w:val="001977D4"/>
    <w:rsid w:val="001A13EF"/>
    <w:rsid w:val="001A409B"/>
    <w:rsid w:val="001A591E"/>
    <w:rsid w:val="001A6535"/>
    <w:rsid w:val="001A65CA"/>
    <w:rsid w:val="001A7CD8"/>
    <w:rsid w:val="001B0699"/>
    <w:rsid w:val="001B088D"/>
    <w:rsid w:val="001B12FB"/>
    <w:rsid w:val="001B19DC"/>
    <w:rsid w:val="001B34D1"/>
    <w:rsid w:val="001B7C13"/>
    <w:rsid w:val="001C106A"/>
    <w:rsid w:val="001C32F4"/>
    <w:rsid w:val="001C726C"/>
    <w:rsid w:val="001C763F"/>
    <w:rsid w:val="001C7933"/>
    <w:rsid w:val="001D2619"/>
    <w:rsid w:val="001D3F12"/>
    <w:rsid w:val="001D58DD"/>
    <w:rsid w:val="001D719C"/>
    <w:rsid w:val="001D727D"/>
    <w:rsid w:val="001E1D40"/>
    <w:rsid w:val="001E22E3"/>
    <w:rsid w:val="001E3C26"/>
    <w:rsid w:val="001E696E"/>
    <w:rsid w:val="001F0912"/>
    <w:rsid w:val="001F3BA5"/>
    <w:rsid w:val="001F5120"/>
    <w:rsid w:val="0020051E"/>
    <w:rsid w:val="00200D99"/>
    <w:rsid w:val="00206472"/>
    <w:rsid w:val="00207143"/>
    <w:rsid w:val="00210A34"/>
    <w:rsid w:val="00211966"/>
    <w:rsid w:val="0021281B"/>
    <w:rsid w:val="00212FFB"/>
    <w:rsid w:val="002138EA"/>
    <w:rsid w:val="00213E07"/>
    <w:rsid w:val="0021446D"/>
    <w:rsid w:val="00215E4E"/>
    <w:rsid w:val="00217288"/>
    <w:rsid w:val="002220AE"/>
    <w:rsid w:val="00224393"/>
    <w:rsid w:val="00227313"/>
    <w:rsid w:val="00233B58"/>
    <w:rsid w:val="002355C4"/>
    <w:rsid w:val="002366AB"/>
    <w:rsid w:val="002367D0"/>
    <w:rsid w:val="00236824"/>
    <w:rsid w:val="00241146"/>
    <w:rsid w:val="002417E7"/>
    <w:rsid w:val="00242D89"/>
    <w:rsid w:val="00247CC5"/>
    <w:rsid w:val="00247DB4"/>
    <w:rsid w:val="00247FB0"/>
    <w:rsid w:val="00250454"/>
    <w:rsid w:val="00250CE6"/>
    <w:rsid w:val="00251994"/>
    <w:rsid w:val="00253EC6"/>
    <w:rsid w:val="00253F9C"/>
    <w:rsid w:val="0025534C"/>
    <w:rsid w:val="00256FFC"/>
    <w:rsid w:val="00260FFF"/>
    <w:rsid w:val="00261878"/>
    <w:rsid w:val="00262D0B"/>
    <w:rsid w:val="00263A94"/>
    <w:rsid w:val="00263CD9"/>
    <w:rsid w:val="00272E95"/>
    <w:rsid w:val="00273F88"/>
    <w:rsid w:val="00274CA8"/>
    <w:rsid w:val="00283774"/>
    <w:rsid w:val="002859D6"/>
    <w:rsid w:val="00286AFE"/>
    <w:rsid w:val="00290196"/>
    <w:rsid w:val="00291704"/>
    <w:rsid w:val="002935A0"/>
    <w:rsid w:val="00294298"/>
    <w:rsid w:val="002943DB"/>
    <w:rsid w:val="00295F65"/>
    <w:rsid w:val="0029639D"/>
    <w:rsid w:val="002A04F1"/>
    <w:rsid w:val="002A0CDB"/>
    <w:rsid w:val="002A1E4A"/>
    <w:rsid w:val="002A1F27"/>
    <w:rsid w:val="002A27A2"/>
    <w:rsid w:val="002A4DEC"/>
    <w:rsid w:val="002A59AE"/>
    <w:rsid w:val="002A7B35"/>
    <w:rsid w:val="002B0DDF"/>
    <w:rsid w:val="002B15A0"/>
    <w:rsid w:val="002B191D"/>
    <w:rsid w:val="002B2ABD"/>
    <w:rsid w:val="002B2DE7"/>
    <w:rsid w:val="002B6489"/>
    <w:rsid w:val="002B7D5F"/>
    <w:rsid w:val="002B7FEA"/>
    <w:rsid w:val="002C0BB6"/>
    <w:rsid w:val="002C14D7"/>
    <w:rsid w:val="002C1503"/>
    <w:rsid w:val="002C2C32"/>
    <w:rsid w:val="002C4EEA"/>
    <w:rsid w:val="002C6D60"/>
    <w:rsid w:val="002C737B"/>
    <w:rsid w:val="002C7882"/>
    <w:rsid w:val="002C7B9B"/>
    <w:rsid w:val="002D0CE3"/>
    <w:rsid w:val="002D2A2A"/>
    <w:rsid w:val="002D38E1"/>
    <w:rsid w:val="002D56CB"/>
    <w:rsid w:val="002D78F4"/>
    <w:rsid w:val="002D7965"/>
    <w:rsid w:val="002E58A7"/>
    <w:rsid w:val="002E5EC9"/>
    <w:rsid w:val="002F1C03"/>
    <w:rsid w:val="002F6397"/>
    <w:rsid w:val="002F6755"/>
    <w:rsid w:val="002F6AEB"/>
    <w:rsid w:val="002F7BA6"/>
    <w:rsid w:val="003033A3"/>
    <w:rsid w:val="00303751"/>
    <w:rsid w:val="00305998"/>
    <w:rsid w:val="003065DC"/>
    <w:rsid w:val="00310167"/>
    <w:rsid w:val="003118E1"/>
    <w:rsid w:val="00311F17"/>
    <w:rsid w:val="00323873"/>
    <w:rsid w:val="0032579E"/>
    <w:rsid w:val="0032635E"/>
    <w:rsid w:val="00326F90"/>
    <w:rsid w:val="00327684"/>
    <w:rsid w:val="00330A64"/>
    <w:rsid w:val="003314F9"/>
    <w:rsid w:val="00331DC2"/>
    <w:rsid w:val="00334073"/>
    <w:rsid w:val="003416D8"/>
    <w:rsid w:val="00341FCF"/>
    <w:rsid w:val="00344631"/>
    <w:rsid w:val="00344CD7"/>
    <w:rsid w:val="00346EA9"/>
    <w:rsid w:val="00347B3C"/>
    <w:rsid w:val="00354966"/>
    <w:rsid w:val="00355246"/>
    <w:rsid w:val="00355D4F"/>
    <w:rsid w:val="00356E91"/>
    <w:rsid w:val="00362534"/>
    <w:rsid w:val="003625CB"/>
    <w:rsid w:val="00362C0F"/>
    <w:rsid w:val="00362EDD"/>
    <w:rsid w:val="00363071"/>
    <w:rsid w:val="00363E38"/>
    <w:rsid w:val="00364D0B"/>
    <w:rsid w:val="0036729B"/>
    <w:rsid w:val="00367606"/>
    <w:rsid w:val="0037510D"/>
    <w:rsid w:val="00376E49"/>
    <w:rsid w:val="003772EE"/>
    <w:rsid w:val="00380417"/>
    <w:rsid w:val="00383C30"/>
    <w:rsid w:val="00385FCB"/>
    <w:rsid w:val="00396CF4"/>
    <w:rsid w:val="003A373C"/>
    <w:rsid w:val="003A69BD"/>
    <w:rsid w:val="003A75EF"/>
    <w:rsid w:val="003A7C2E"/>
    <w:rsid w:val="003B0F39"/>
    <w:rsid w:val="003B4A74"/>
    <w:rsid w:val="003B4B38"/>
    <w:rsid w:val="003B510C"/>
    <w:rsid w:val="003B7BFB"/>
    <w:rsid w:val="003C3AFA"/>
    <w:rsid w:val="003C4814"/>
    <w:rsid w:val="003C5776"/>
    <w:rsid w:val="003C6937"/>
    <w:rsid w:val="003D244C"/>
    <w:rsid w:val="003D4D0C"/>
    <w:rsid w:val="003D63F1"/>
    <w:rsid w:val="003D68C8"/>
    <w:rsid w:val="003D78C9"/>
    <w:rsid w:val="003D78DE"/>
    <w:rsid w:val="003E1434"/>
    <w:rsid w:val="003E2CD2"/>
    <w:rsid w:val="003E3658"/>
    <w:rsid w:val="003E5650"/>
    <w:rsid w:val="003E62A6"/>
    <w:rsid w:val="003E7442"/>
    <w:rsid w:val="003F0D8B"/>
    <w:rsid w:val="003F2971"/>
    <w:rsid w:val="003F6307"/>
    <w:rsid w:val="003F71CE"/>
    <w:rsid w:val="00400757"/>
    <w:rsid w:val="004016CE"/>
    <w:rsid w:val="00404556"/>
    <w:rsid w:val="00406F25"/>
    <w:rsid w:val="00407CF5"/>
    <w:rsid w:val="00407D40"/>
    <w:rsid w:val="0041044E"/>
    <w:rsid w:val="00410DC7"/>
    <w:rsid w:val="004113DA"/>
    <w:rsid w:val="00411EF4"/>
    <w:rsid w:val="00413F3D"/>
    <w:rsid w:val="00414B61"/>
    <w:rsid w:val="00415F13"/>
    <w:rsid w:val="004164BF"/>
    <w:rsid w:val="004168D2"/>
    <w:rsid w:val="0041764A"/>
    <w:rsid w:val="00422CDF"/>
    <w:rsid w:val="00423290"/>
    <w:rsid w:val="004237A2"/>
    <w:rsid w:val="00424F69"/>
    <w:rsid w:val="0042593F"/>
    <w:rsid w:val="00430205"/>
    <w:rsid w:val="004303A8"/>
    <w:rsid w:val="004304AD"/>
    <w:rsid w:val="0043055C"/>
    <w:rsid w:val="00430EAB"/>
    <w:rsid w:val="00431672"/>
    <w:rsid w:val="00437425"/>
    <w:rsid w:val="004441CF"/>
    <w:rsid w:val="00444509"/>
    <w:rsid w:val="00444DF4"/>
    <w:rsid w:val="00446881"/>
    <w:rsid w:val="0044737B"/>
    <w:rsid w:val="00450063"/>
    <w:rsid w:val="00450905"/>
    <w:rsid w:val="00450BED"/>
    <w:rsid w:val="004511AD"/>
    <w:rsid w:val="004516F6"/>
    <w:rsid w:val="00452161"/>
    <w:rsid w:val="0045262B"/>
    <w:rsid w:val="00452CB3"/>
    <w:rsid w:val="00455CF9"/>
    <w:rsid w:val="004562C2"/>
    <w:rsid w:val="004608DD"/>
    <w:rsid w:val="0046429B"/>
    <w:rsid w:val="00464819"/>
    <w:rsid w:val="0046675F"/>
    <w:rsid w:val="00473E53"/>
    <w:rsid w:val="00475264"/>
    <w:rsid w:val="00475691"/>
    <w:rsid w:val="0047695A"/>
    <w:rsid w:val="00477431"/>
    <w:rsid w:val="0048014D"/>
    <w:rsid w:val="0048069C"/>
    <w:rsid w:val="00480B9E"/>
    <w:rsid w:val="004828C9"/>
    <w:rsid w:val="00483530"/>
    <w:rsid w:val="00484628"/>
    <w:rsid w:val="0048553B"/>
    <w:rsid w:val="00486174"/>
    <w:rsid w:val="00490D64"/>
    <w:rsid w:val="004910B5"/>
    <w:rsid w:val="004946D9"/>
    <w:rsid w:val="00497257"/>
    <w:rsid w:val="004A0852"/>
    <w:rsid w:val="004A1C4B"/>
    <w:rsid w:val="004A573D"/>
    <w:rsid w:val="004A5EFB"/>
    <w:rsid w:val="004A6861"/>
    <w:rsid w:val="004B0AD5"/>
    <w:rsid w:val="004B16CB"/>
    <w:rsid w:val="004B2581"/>
    <w:rsid w:val="004B2B25"/>
    <w:rsid w:val="004B2F93"/>
    <w:rsid w:val="004B343D"/>
    <w:rsid w:val="004B5D16"/>
    <w:rsid w:val="004B5DC7"/>
    <w:rsid w:val="004C0935"/>
    <w:rsid w:val="004C2FD4"/>
    <w:rsid w:val="004C4730"/>
    <w:rsid w:val="004C62A1"/>
    <w:rsid w:val="004C64B5"/>
    <w:rsid w:val="004C6563"/>
    <w:rsid w:val="004C720D"/>
    <w:rsid w:val="004D0265"/>
    <w:rsid w:val="004D0566"/>
    <w:rsid w:val="004D2D52"/>
    <w:rsid w:val="004D5FBD"/>
    <w:rsid w:val="004E0756"/>
    <w:rsid w:val="004E2276"/>
    <w:rsid w:val="004E2859"/>
    <w:rsid w:val="004F3D86"/>
    <w:rsid w:val="004F4659"/>
    <w:rsid w:val="004F47A6"/>
    <w:rsid w:val="004F4B22"/>
    <w:rsid w:val="004F78EC"/>
    <w:rsid w:val="00500942"/>
    <w:rsid w:val="00500C3E"/>
    <w:rsid w:val="00501C36"/>
    <w:rsid w:val="00502BAA"/>
    <w:rsid w:val="00502D2A"/>
    <w:rsid w:val="00504028"/>
    <w:rsid w:val="005055A3"/>
    <w:rsid w:val="005062AD"/>
    <w:rsid w:val="00507E31"/>
    <w:rsid w:val="00511F07"/>
    <w:rsid w:val="005127A7"/>
    <w:rsid w:val="0051512A"/>
    <w:rsid w:val="00516D8E"/>
    <w:rsid w:val="00521BA8"/>
    <w:rsid w:val="005235B1"/>
    <w:rsid w:val="00523B18"/>
    <w:rsid w:val="00523DFA"/>
    <w:rsid w:val="005278BD"/>
    <w:rsid w:val="005318C4"/>
    <w:rsid w:val="00534E58"/>
    <w:rsid w:val="0054012B"/>
    <w:rsid w:val="005418E1"/>
    <w:rsid w:val="00543478"/>
    <w:rsid w:val="00544C8B"/>
    <w:rsid w:val="00546D81"/>
    <w:rsid w:val="00546F84"/>
    <w:rsid w:val="00547439"/>
    <w:rsid w:val="0054771E"/>
    <w:rsid w:val="00554012"/>
    <w:rsid w:val="00556367"/>
    <w:rsid w:val="0055681C"/>
    <w:rsid w:val="005608F8"/>
    <w:rsid w:val="00564D16"/>
    <w:rsid w:val="00564FF8"/>
    <w:rsid w:val="005663DB"/>
    <w:rsid w:val="00566DEF"/>
    <w:rsid w:val="0057275E"/>
    <w:rsid w:val="00572908"/>
    <w:rsid w:val="00573270"/>
    <w:rsid w:val="00574451"/>
    <w:rsid w:val="00574532"/>
    <w:rsid w:val="00574883"/>
    <w:rsid w:val="005754D9"/>
    <w:rsid w:val="00575638"/>
    <w:rsid w:val="0057707D"/>
    <w:rsid w:val="00577E94"/>
    <w:rsid w:val="00581882"/>
    <w:rsid w:val="00583858"/>
    <w:rsid w:val="005855B5"/>
    <w:rsid w:val="00585D6B"/>
    <w:rsid w:val="00585FBB"/>
    <w:rsid w:val="00586686"/>
    <w:rsid w:val="005866F9"/>
    <w:rsid w:val="00590DCB"/>
    <w:rsid w:val="00591703"/>
    <w:rsid w:val="005921AD"/>
    <w:rsid w:val="00593177"/>
    <w:rsid w:val="005931B8"/>
    <w:rsid w:val="005A43C6"/>
    <w:rsid w:val="005A4CAE"/>
    <w:rsid w:val="005A5F8D"/>
    <w:rsid w:val="005A6F79"/>
    <w:rsid w:val="005A7FBE"/>
    <w:rsid w:val="005B2043"/>
    <w:rsid w:val="005B269B"/>
    <w:rsid w:val="005B2EE1"/>
    <w:rsid w:val="005B4F96"/>
    <w:rsid w:val="005B7206"/>
    <w:rsid w:val="005B7FE5"/>
    <w:rsid w:val="005C12D7"/>
    <w:rsid w:val="005C260E"/>
    <w:rsid w:val="005C271F"/>
    <w:rsid w:val="005C3402"/>
    <w:rsid w:val="005C34C5"/>
    <w:rsid w:val="005C49D3"/>
    <w:rsid w:val="005C4B16"/>
    <w:rsid w:val="005C52BA"/>
    <w:rsid w:val="005C5D85"/>
    <w:rsid w:val="005C7CB2"/>
    <w:rsid w:val="005D0E42"/>
    <w:rsid w:val="005D16DA"/>
    <w:rsid w:val="005D28D4"/>
    <w:rsid w:val="005D53F1"/>
    <w:rsid w:val="005E2866"/>
    <w:rsid w:val="005E2BD0"/>
    <w:rsid w:val="005E6947"/>
    <w:rsid w:val="005E7F8F"/>
    <w:rsid w:val="005F177B"/>
    <w:rsid w:val="005F44FB"/>
    <w:rsid w:val="005F543C"/>
    <w:rsid w:val="005F72E7"/>
    <w:rsid w:val="006001DD"/>
    <w:rsid w:val="006029A2"/>
    <w:rsid w:val="00604954"/>
    <w:rsid w:val="00606CFB"/>
    <w:rsid w:val="00611D29"/>
    <w:rsid w:val="006135AC"/>
    <w:rsid w:val="00620AC3"/>
    <w:rsid w:val="006211BB"/>
    <w:rsid w:val="0062322F"/>
    <w:rsid w:val="006252D6"/>
    <w:rsid w:val="0062702D"/>
    <w:rsid w:val="00633ABB"/>
    <w:rsid w:val="00636365"/>
    <w:rsid w:val="00636948"/>
    <w:rsid w:val="00636B32"/>
    <w:rsid w:val="00640C83"/>
    <w:rsid w:val="00642859"/>
    <w:rsid w:val="006440CB"/>
    <w:rsid w:val="00644286"/>
    <w:rsid w:val="006479B2"/>
    <w:rsid w:val="006523D0"/>
    <w:rsid w:val="0065296E"/>
    <w:rsid w:val="00652FEA"/>
    <w:rsid w:val="00653E1B"/>
    <w:rsid w:val="00654FE4"/>
    <w:rsid w:val="00657D96"/>
    <w:rsid w:val="006655A2"/>
    <w:rsid w:val="006664FB"/>
    <w:rsid w:val="006719FC"/>
    <w:rsid w:val="006735DD"/>
    <w:rsid w:val="0067445D"/>
    <w:rsid w:val="006753F2"/>
    <w:rsid w:val="00675637"/>
    <w:rsid w:val="006759AE"/>
    <w:rsid w:val="0068016F"/>
    <w:rsid w:val="00680BD8"/>
    <w:rsid w:val="0068141F"/>
    <w:rsid w:val="00682576"/>
    <w:rsid w:val="006850AC"/>
    <w:rsid w:val="00686D59"/>
    <w:rsid w:val="0069013C"/>
    <w:rsid w:val="00691A7D"/>
    <w:rsid w:val="00691B20"/>
    <w:rsid w:val="00694657"/>
    <w:rsid w:val="00695E83"/>
    <w:rsid w:val="0069633F"/>
    <w:rsid w:val="006A2FD3"/>
    <w:rsid w:val="006A6550"/>
    <w:rsid w:val="006B048E"/>
    <w:rsid w:val="006B06AD"/>
    <w:rsid w:val="006B20A9"/>
    <w:rsid w:val="006B5BB6"/>
    <w:rsid w:val="006B5BDD"/>
    <w:rsid w:val="006C1719"/>
    <w:rsid w:val="006C2CBB"/>
    <w:rsid w:val="006C32C0"/>
    <w:rsid w:val="006C48DD"/>
    <w:rsid w:val="006C6912"/>
    <w:rsid w:val="006D1504"/>
    <w:rsid w:val="006D2B39"/>
    <w:rsid w:val="006D36EA"/>
    <w:rsid w:val="006D3932"/>
    <w:rsid w:val="006D414C"/>
    <w:rsid w:val="006D4183"/>
    <w:rsid w:val="006D63CA"/>
    <w:rsid w:val="006E454F"/>
    <w:rsid w:val="006F02F6"/>
    <w:rsid w:val="006F096B"/>
    <w:rsid w:val="006F1DD6"/>
    <w:rsid w:val="006F3B62"/>
    <w:rsid w:val="006F6EEA"/>
    <w:rsid w:val="006F7092"/>
    <w:rsid w:val="00702E6D"/>
    <w:rsid w:val="007039D4"/>
    <w:rsid w:val="00703EE4"/>
    <w:rsid w:val="0070528E"/>
    <w:rsid w:val="00705D3E"/>
    <w:rsid w:val="00705DBD"/>
    <w:rsid w:val="0070631C"/>
    <w:rsid w:val="0070636F"/>
    <w:rsid w:val="00706546"/>
    <w:rsid w:val="00707310"/>
    <w:rsid w:val="007074B1"/>
    <w:rsid w:val="00710B96"/>
    <w:rsid w:val="00712FD7"/>
    <w:rsid w:val="007130AA"/>
    <w:rsid w:val="00713839"/>
    <w:rsid w:val="00713BBB"/>
    <w:rsid w:val="007145BB"/>
    <w:rsid w:val="007157E6"/>
    <w:rsid w:val="0071673A"/>
    <w:rsid w:val="00716E8A"/>
    <w:rsid w:val="007177E0"/>
    <w:rsid w:val="00717AF8"/>
    <w:rsid w:val="007227B8"/>
    <w:rsid w:val="00723721"/>
    <w:rsid w:val="007247BB"/>
    <w:rsid w:val="00724F9A"/>
    <w:rsid w:val="007251D4"/>
    <w:rsid w:val="007253E4"/>
    <w:rsid w:val="0072555D"/>
    <w:rsid w:val="007328F5"/>
    <w:rsid w:val="00733A7A"/>
    <w:rsid w:val="00733E75"/>
    <w:rsid w:val="007347D7"/>
    <w:rsid w:val="007369A2"/>
    <w:rsid w:val="00736DE3"/>
    <w:rsid w:val="00740F28"/>
    <w:rsid w:val="00741621"/>
    <w:rsid w:val="00741D1E"/>
    <w:rsid w:val="00741EE8"/>
    <w:rsid w:val="00745B29"/>
    <w:rsid w:val="00746099"/>
    <w:rsid w:val="00747C9A"/>
    <w:rsid w:val="00750902"/>
    <w:rsid w:val="00753551"/>
    <w:rsid w:val="00755ED4"/>
    <w:rsid w:val="00756C51"/>
    <w:rsid w:val="007570CA"/>
    <w:rsid w:val="00760035"/>
    <w:rsid w:val="007610CA"/>
    <w:rsid w:val="00762084"/>
    <w:rsid w:val="007639E2"/>
    <w:rsid w:val="00765AD6"/>
    <w:rsid w:val="00765C6C"/>
    <w:rsid w:val="00766A6B"/>
    <w:rsid w:val="007675AA"/>
    <w:rsid w:val="00770358"/>
    <w:rsid w:val="007708FF"/>
    <w:rsid w:val="00771AE6"/>
    <w:rsid w:val="00775B10"/>
    <w:rsid w:val="007765EE"/>
    <w:rsid w:val="007810A9"/>
    <w:rsid w:val="00781756"/>
    <w:rsid w:val="007834F2"/>
    <w:rsid w:val="00784524"/>
    <w:rsid w:val="00784F39"/>
    <w:rsid w:val="00786DE7"/>
    <w:rsid w:val="007918B5"/>
    <w:rsid w:val="007926CA"/>
    <w:rsid w:val="00792E57"/>
    <w:rsid w:val="0079380C"/>
    <w:rsid w:val="00794995"/>
    <w:rsid w:val="007957C3"/>
    <w:rsid w:val="00795E94"/>
    <w:rsid w:val="007A2EE8"/>
    <w:rsid w:val="007A667E"/>
    <w:rsid w:val="007A75A6"/>
    <w:rsid w:val="007B46CF"/>
    <w:rsid w:val="007B4D53"/>
    <w:rsid w:val="007B4EB6"/>
    <w:rsid w:val="007C108E"/>
    <w:rsid w:val="007C1F16"/>
    <w:rsid w:val="007C39A9"/>
    <w:rsid w:val="007C3E8D"/>
    <w:rsid w:val="007C446C"/>
    <w:rsid w:val="007C68AE"/>
    <w:rsid w:val="007C7C53"/>
    <w:rsid w:val="007D0D0A"/>
    <w:rsid w:val="007D3457"/>
    <w:rsid w:val="007D3B1A"/>
    <w:rsid w:val="007D474B"/>
    <w:rsid w:val="007E0FE0"/>
    <w:rsid w:val="007E3CCD"/>
    <w:rsid w:val="007E562D"/>
    <w:rsid w:val="007E7FDC"/>
    <w:rsid w:val="007F0DA4"/>
    <w:rsid w:val="007F2A0F"/>
    <w:rsid w:val="007F35B0"/>
    <w:rsid w:val="007F414A"/>
    <w:rsid w:val="007F65F0"/>
    <w:rsid w:val="007F71C9"/>
    <w:rsid w:val="00800292"/>
    <w:rsid w:val="008015C3"/>
    <w:rsid w:val="0080204F"/>
    <w:rsid w:val="00802410"/>
    <w:rsid w:val="0080462C"/>
    <w:rsid w:val="00804E01"/>
    <w:rsid w:val="00805FEA"/>
    <w:rsid w:val="00806214"/>
    <w:rsid w:val="008064E7"/>
    <w:rsid w:val="008068D9"/>
    <w:rsid w:val="00807B74"/>
    <w:rsid w:val="00810F25"/>
    <w:rsid w:val="008122F2"/>
    <w:rsid w:val="008145CC"/>
    <w:rsid w:val="008149C1"/>
    <w:rsid w:val="00814CCB"/>
    <w:rsid w:val="00815E6C"/>
    <w:rsid w:val="00817A9B"/>
    <w:rsid w:val="00820794"/>
    <w:rsid w:val="0082298E"/>
    <w:rsid w:val="00823664"/>
    <w:rsid w:val="008239D1"/>
    <w:rsid w:val="00823AE6"/>
    <w:rsid w:val="008240FE"/>
    <w:rsid w:val="00824118"/>
    <w:rsid w:val="00827D3D"/>
    <w:rsid w:val="00831EE4"/>
    <w:rsid w:val="00834D69"/>
    <w:rsid w:val="0084068A"/>
    <w:rsid w:val="0084308A"/>
    <w:rsid w:val="0084354E"/>
    <w:rsid w:val="0084377B"/>
    <w:rsid w:val="00847EA1"/>
    <w:rsid w:val="00850548"/>
    <w:rsid w:val="00852519"/>
    <w:rsid w:val="008552DB"/>
    <w:rsid w:val="00856DF0"/>
    <w:rsid w:val="008573E2"/>
    <w:rsid w:val="00871DB2"/>
    <w:rsid w:val="00872036"/>
    <w:rsid w:val="00872192"/>
    <w:rsid w:val="008724BC"/>
    <w:rsid w:val="00873CC1"/>
    <w:rsid w:val="0087419A"/>
    <w:rsid w:val="00874606"/>
    <w:rsid w:val="0087564C"/>
    <w:rsid w:val="008762E0"/>
    <w:rsid w:val="0088039A"/>
    <w:rsid w:val="00880931"/>
    <w:rsid w:val="008815DE"/>
    <w:rsid w:val="00883BC0"/>
    <w:rsid w:val="008841A6"/>
    <w:rsid w:val="008857A5"/>
    <w:rsid w:val="00887C67"/>
    <w:rsid w:val="00893EF1"/>
    <w:rsid w:val="008A0C21"/>
    <w:rsid w:val="008B1863"/>
    <w:rsid w:val="008B2147"/>
    <w:rsid w:val="008B243B"/>
    <w:rsid w:val="008B256F"/>
    <w:rsid w:val="008B50CD"/>
    <w:rsid w:val="008B64E5"/>
    <w:rsid w:val="008B7437"/>
    <w:rsid w:val="008C07CB"/>
    <w:rsid w:val="008C0EFE"/>
    <w:rsid w:val="008C3E25"/>
    <w:rsid w:val="008C6C83"/>
    <w:rsid w:val="008D3956"/>
    <w:rsid w:val="008D6483"/>
    <w:rsid w:val="008E0381"/>
    <w:rsid w:val="008E656C"/>
    <w:rsid w:val="008E7BD0"/>
    <w:rsid w:val="008F0529"/>
    <w:rsid w:val="008F4601"/>
    <w:rsid w:val="00900306"/>
    <w:rsid w:val="0090143D"/>
    <w:rsid w:val="009037FC"/>
    <w:rsid w:val="00904B5A"/>
    <w:rsid w:val="0090586E"/>
    <w:rsid w:val="009060EB"/>
    <w:rsid w:val="0090799A"/>
    <w:rsid w:val="00910A14"/>
    <w:rsid w:val="009112EF"/>
    <w:rsid w:val="009115B7"/>
    <w:rsid w:val="00921E9F"/>
    <w:rsid w:val="00922A7C"/>
    <w:rsid w:val="00924819"/>
    <w:rsid w:val="00924E7E"/>
    <w:rsid w:val="00925C30"/>
    <w:rsid w:val="00931A29"/>
    <w:rsid w:val="0093221E"/>
    <w:rsid w:val="00932C84"/>
    <w:rsid w:val="009338F8"/>
    <w:rsid w:val="00940A97"/>
    <w:rsid w:val="00941319"/>
    <w:rsid w:val="009417ED"/>
    <w:rsid w:val="00943444"/>
    <w:rsid w:val="009451EB"/>
    <w:rsid w:val="00945440"/>
    <w:rsid w:val="0094685C"/>
    <w:rsid w:val="00951C02"/>
    <w:rsid w:val="00952629"/>
    <w:rsid w:val="00952B27"/>
    <w:rsid w:val="00953D83"/>
    <w:rsid w:val="009540C5"/>
    <w:rsid w:val="00954E59"/>
    <w:rsid w:val="00960624"/>
    <w:rsid w:val="00961FA5"/>
    <w:rsid w:val="00963E4F"/>
    <w:rsid w:val="00963FF5"/>
    <w:rsid w:val="00964F85"/>
    <w:rsid w:val="009658D0"/>
    <w:rsid w:val="009718BF"/>
    <w:rsid w:val="00974BA1"/>
    <w:rsid w:val="00974F40"/>
    <w:rsid w:val="009754EB"/>
    <w:rsid w:val="00975D13"/>
    <w:rsid w:val="00976263"/>
    <w:rsid w:val="00977694"/>
    <w:rsid w:val="009778E6"/>
    <w:rsid w:val="00977E9F"/>
    <w:rsid w:val="0098259D"/>
    <w:rsid w:val="00983B6C"/>
    <w:rsid w:val="009847A2"/>
    <w:rsid w:val="0098557D"/>
    <w:rsid w:val="009855BD"/>
    <w:rsid w:val="00985C8B"/>
    <w:rsid w:val="00986074"/>
    <w:rsid w:val="009926B8"/>
    <w:rsid w:val="009933BD"/>
    <w:rsid w:val="00993445"/>
    <w:rsid w:val="00993749"/>
    <w:rsid w:val="00994E2B"/>
    <w:rsid w:val="00997D32"/>
    <w:rsid w:val="009A1106"/>
    <w:rsid w:val="009A5497"/>
    <w:rsid w:val="009A5B10"/>
    <w:rsid w:val="009A6DBA"/>
    <w:rsid w:val="009A6DCB"/>
    <w:rsid w:val="009B0779"/>
    <w:rsid w:val="009B104B"/>
    <w:rsid w:val="009B1052"/>
    <w:rsid w:val="009B3F14"/>
    <w:rsid w:val="009B5FC3"/>
    <w:rsid w:val="009C13C1"/>
    <w:rsid w:val="009C280C"/>
    <w:rsid w:val="009C2B96"/>
    <w:rsid w:val="009C311D"/>
    <w:rsid w:val="009C7363"/>
    <w:rsid w:val="009C7EA9"/>
    <w:rsid w:val="009D1508"/>
    <w:rsid w:val="009D1711"/>
    <w:rsid w:val="009D309C"/>
    <w:rsid w:val="009D3155"/>
    <w:rsid w:val="009D722C"/>
    <w:rsid w:val="009D724A"/>
    <w:rsid w:val="009E2184"/>
    <w:rsid w:val="009E3ACF"/>
    <w:rsid w:val="009E53C5"/>
    <w:rsid w:val="009E54DC"/>
    <w:rsid w:val="009E5737"/>
    <w:rsid w:val="009F28BD"/>
    <w:rsid w:val="009F30ED"/>
    <w:rsid w:val="009F3375"/>
    <w:rsid w:val="009F67C1"/>
    <w:rsid w:val="009F6F7C"/>
    <w:rsid w:val="009F7F86"/>
    <w:rsid w:val="00A00C20"/>
    <w:rsid w:val="00A00C88"/>
    <w:rsid w:val="00A01A69"/>
    <w:rsid w:val="00A05B7E"/>
    <w:rsid w:val="00A06CE0"/>
    <w:rsid w:val="00A13620"/>
    <w:rsid w:val="00A14615"/>
    <w:rsid w:val="00A14A95"/>
    <w:rsid w:val="00A20622"/>
    <w:rsid w:val="00A236F3"/>
    <w:rsid w:val="00A3069C"/>
    <w:rsid w:val="00A30A6E"/>
    <w:rsid w:val="00A32B2B"/>
    <w:rsid w:val="00A37FB7"/>
    <w:rsid w:val="00A4122A"/>
    <w:rsid w:val="00A4155D"/>
    <w:rsid w:val="00A438E6"/>
    <w:rsid w:val="00A4421B"/>
    <w:rsid w:val="00A45241"/>
    <w:rsid w:val="00A466B2"/>
    <w:rsid w:val="00A51C46"/>
    <w:rsid w:val="00A536C9"/>
    <w:rsid w:val="00A57CF8"/>
    <w:rsid w:val="00A61587"/>
    <w:rsid w:val="00A63BCB"/>
    <w:rsid w:val="00A641E8"/>
    <w:rsid w:val="00A665B5"/>
    <w:rsid w:val="00A700EA"/>
    <w:rsid w:val="00A70293"/>
    <w:rsid w:val="00A70C04"/>
    <w:rsid w:val="00A7115B"/>
    <w:rsid w:val="00A73540"/>
    <w:rsid w:val="00A75FCF"/>
    <w:rsid w:val="00A761D7"/>
    <w:rsid w:val="00A76A99"/>
    <w:rsid w:val="00A7744E"/>
    <w:rsid w:val="00A81356"/>
    <w:rsid w:val="00A8262A"/>
    <w:rsid w:val="00A924A7"/>
    <w:rsid w:val="00A92E25"/>
    <w:rsid w:val="00A93E97"/>
    <w:rsid w:val="00A93FAD"/>
    <w:rsid w:val="00A9746B"/>
    <w:rsid w:val="00AA1D8D"/>
    <w:rsid w:val="00AA3D29"/>
    <w:rsid w:val="00AA6C47"/>
    <w:rsid w:val="00AB0749"/>
    <w:rsid w:val="00AB327E"/>
    <w:rsid w:val="00AB356B"/>
    <w:rsid w:val="00AB77CE"/>
    <w:rsid w:val="00AC16DC"/>
    <w:rsid w:val="00AC6FEF"/>
    <w:rsid w:val="00AC711D"/>
    <w:rsid w:val="00AD3481"/>
    <w:rsid w:val="00AD684B"/>
    <w:rsid w:val="00AE1C0C"/>
    <w:rsid w:val="00AE28AC"/>
    <w:rsid w:val="00AF2D9A"/>
    <w:rsid w:val="00AF6C88"/>
    <w:rsid w:val="00B022CF"/>
    <w:rsid w:val="00B0360D"/>
    <w:rsid w:val="00B0507E"/>
    <w:rsid w:val="00B06C93"/>
    <w:rsid w:val="00B0706B"/>
    <w:rsid w:val="00B07390"/>
    <w:rsid w:val="00B122F7"/>
    <w:rsid w:val="00B13B09"/>
    <w:rsid w:val="00B1648F"/>
    <w:rsid w:val="00B22B96"/>
    <w:rsid w:val="00B234DD"/>
    <w:rsid w:val="00B23F2C"/>
    <w:rsid w:val="00B24283"/>
    <w:rsid w:val="00B30E35"/>
    <w:rsid w:val="00B34376"/>
    <w:rsid w:val="00B34D7D"/>
    <w:rsid w:val="00B37165"/>
    <w:rsid w:val="00B371BD"/>
    <w:rsid w:val="00B4127D"/>
    <w:rsid w:val="00B413BA"/>
    <w:rsid w:val="00B42A6C"/>
    <w:rsid w:val="00B4341B"/>
    <w:rsid w:val="00B43C12"/>
    <w:rsid w:val="00B43E02"/>
    <w:rsid w:val="00B45BF6"/>
    <w:rsid w:val="00B460BD"/>
    <w:rsid w:val="00B47730"/>
    <w:rsid w:val="00B506CC"/>
    <w:rsid w:val="00B5700F"/>
    <w:rsid w:val="00B572BC"/>
    <w:rsid w:val="00B60552"/>
    <w:rsid w:val="00B62CF0"/>
    <w:rsid w:val="00B6652B"/>
    <w:rsid w:val="00B66F7B"/>
    <w:rsid w:val="00B67A2B"/>
    <w:rsid w:val="00B67EA0"/>
    <w:rsid w:val="00B729E4"/>
    <w:rsid w:val="00B7388A"/>
    <w:rsid w:val="00B752FB"/>
    <w:rsid w:val="00B7539F"/>
    <w:rsid w:val="00B82C9C"/>
    <w:rsid w:val="00B83435"/>
    <w:rsid w:val="00B83573"/>
    <w:rsid w:val="00B864C6"/>
    <w:rsid w:val="00B86843"/>
    <w:rsid w:val="00B86CE5"/>
    <w:rsid w:val="00B9308A"/>
    <w:rsid w:val="00B9327E"/>
    <w:rsid w:val="00B9552B"/>
    <w:rsid w:val="00B973F0"/>
    <w:rsid w:val="00BA1CCE"/>
    <w:rsid w:val="00BA2108"/>
    <w:rsid w:val="00BA225B"/>
    <w:rsid w:val="00BA236D"/>
    <w:rsid w:val="00BA321C"/>
    <w:rsid w:val="00BA340F"/>
    <w:rsid w:val="00BA3A06"/>
    <w:rsid w:val="00BA3B6E"/>
    <w:rsid w:val="00BA6B28"/>
    <w:rsid w:val="00BA6C16"/>
    <w:rsid w:val="00BA6EBA"/>
    <w:rsid w:val="00BB1830"/>
    <w:rsid w:val="00BB509A"/>
    <w:rsid w:val="00BB72FF"/>
    <w:rsid w:val="00BC08F4"/>
    <w:rsid w:val="00BC1118"/>
    <w:rsid w:val="00BC29D0"/>
    <w:rsid w:val="00BC63E7"/>
    <w:rsid w:val="00BC7175"/>
    <w:rsid w:val="00BD1F94"/>
    <w:rsid w:val="00BD23BF"/>
    <w:rsid w:val="00BD7FC6"/>
    <w:rsid w:val="00BE167D"/>
    <w:rsid w:val="00BE3A6A"/>
    <w:rsid w:val="00BE3D2F"/>
    <w:rsid w:val="00C00345"/>
    <w:rsid w:val="00C00C17"/>
    <w:rsid w:val="00C01F80"/>
    <w:rsid w:val="00C05E2F"/>
    <w:rsid w:val="00C07A7F"/>
    <w:rsid w:val="00C10F84"/>
    <w:rsid w:val="00C135A9"/>
    <w:rsid w:val="00C140EC"/>
    <w:rsid w:val="00C14C8F"/>
    <w:rsid w:val="00C23B3A"/>
    <w:rsid w:val="00C26108"/>
    <w:rsid w:val="00C26454"/>
    <w:rsid w:val="00C27B20"/>
    <w:rsid w:val="00C27BA7"/>
    <w:rsid w:val="00C302FF"/>
    <w:rsid w:val="00C31992"/>
    <w:rsid w:val="00C32A97"/>
    <w:rsid w:val="00C34CF9"/>
    <w:rsid w:val="00C358FB"/>
    <w:rsid w:val="00C4099F"/>
    <w:rsid w:val="00C43F94"/>
    <w:rsid w:val="00C44FB0"/>
    <w:rsid w:val="00C47A71"/>
    <w:rsid w:val="00C47AD2"/>
    <w:rsid w:val="00C47F39"/>
    <w:rsid w:val="00C51FFC"/>
    <w:rsid w:val="00C52E7F"/>
    <w:rsid w:val="00C53A05"/>
    <w:rsid w:val="00C57305"/>
    <w:rsid w:val="00C63621"/>
    <w:rsid w:val="00C662EC"/>
    <w:rsid w:val="00C66E53"/>
    <w:rsid w:val="00C715B6"/>
    <w:rsid w:val="00C7219F"/>
    <w:rsid w:val="00C743DB"/>
    <w:rsid w:val="00C8108C"/>
    <w:rsid w:val="00C828AF"/>
    <w:rsid w:val="00C83682"/>
    <w:rsid w:val="00C83AA6"/>
    <w:rsid w:val="00C85AFC"/>
    <w:rsid w:val="00C907E1"/>
    <w:rsid w:val="00C90DD5"/>
    <w:rsid w:val="00C90FA2"/>
    <w:rsid w:val="00C91458"/>
    <w:rsid w:val="00C94523"/>
    <w:rsid w:val="00C9592E"/>
    <w:rsid w:val="00C96D2E"/>
    <w:rsid w:val="00C96E0B"/>
    <w:rsid w:val="00CA0991"/>
    <w:rsid w:val="00CA4253"/>
    <w:rsid w:val="00CA4900"/>
    <w:rsid w:val="00CA5C41"/>
    <w:rsid w:val="00CA6669"/>
    <w:rsid w:val="00CA793D"/>
    <w:rsid w:val="00CB0664"/>
    <w:rsid w:val="00CB0844"/>
    <w:rsid w:val="00CB10BA"/>
    <w:rsid w:val="00CB17AC"/>
    <w:rsid w:val="00CB5821"/>
    <w:rsid w:val="00CC2270"/>
    <w:rsid w:val="00CC3356"/>
    <w:rsid w:val="00CC4647"/>
    <w:rsid w:val="00CC596D"/>
    <w:rsid w:val="00CD16A3"/>
    <w:rsid w:val="00CE00EA"/>
    <w:rsid w:val="00CE0250"/>
    <w:rsid w:val="00CE3D8D"/>
    <w:rsid w:val="00CE665B"/>
    <w:rsid w:val="00CE7548"/>
    <w:rsid w:val="00CF01AB"/>
    <w:rsid w:val="00CF1670"/>
    <w:rsid w:val="00CF194E"/>
    <w:rsid w:val="00CF2422"/>
    <w:rsid w:val="00CF2D56"/>
    <w:rsid w:val="00CF7D59"/>
    <w:rsid w:val="00D00C85"/>
    <w:rsid w:val="00D03019"/>
    <w:rsid w:val="00D040B5"/>
    <w:rsid w:val="00D048AF"/>
    <w:rsid w:val="00D04CBC"/>
    <w:rsid w:val="00D072B8"/>
    <w:rsid w:val="00D1250B"/>
    <w:rsid w:val="00D15CBC"/>
    <w:rsid w:val="00D1700F"/>
    <w:rsid w:val="00D24221"/>
    <w:rsid w:val="00D24A5A"/>
    <w:rsid w:val="00D24FFC"/>
    <w:rsid w:val="00D2651E"/>
    <w:rsid w:val="00D30D96"/>
    <w:rsid w:val="00D330BB"/>
    <w:rsid w:val="00D338A6"/>
    <w:rsid w:val="00D35B30"/>
    <w:rsid w:val="00D3724C"/>
    <w:rsid w:val="00D378EE"/>
    <w:rsid w:val="00D40160"/>
    <w:rsid w:val="00D40B08"/>
    <w:rsid w:val="00D40D0F"/>
    <w:rsid w:val="00D41F28"/>
    <w:rsid w:val="00D451F8"/>
    <w:rsid w:val="00D45CEC"/>
    <w:rsid w:val="00D502AF"/>
    <w:rsid w:val="00D517CF"/>
    <w:rsid w:val="00D553B0"/>
    <w:rsid w:val="00D55C1F"/>
    <w:rsid w:val="00D5740D"/>
    <w:rsid w:val="00D576D2"/>
    <w:rsid w:val="00D61A31"/>
    <w:rsid w:val="00D62B97"/>
    <w:rsid w:val="00D74B28"/>
    <w:rsid w:val="00D76CB4"/>
    <w:rsid w:val="00D8203E"/>
    <w:rsid w:val="00D82853"/>
    <w:rsid w:val="00D83D4C"/>
    <w:rsid w:val="00D848A8"/>
    <w:rsid w:val="00D85976"/>
    <w:rsid w:val="00D87266"/>
    <w:rsid w:val="00D943A2"/>
    <w:rsid w:val="00D94F77"/>
    <w:rsid w:val="00DA1459"/>
    <w:rsid w:val="00DA1C62"/>
    <w:rsid w:val="00DA2421"/>
    <w:rsid w:val="00DA3A4F"/>
    <w:rsid w:val="00DA51C0"/>
    <w:rsid w:val="00DA6ED6"/>
    <w:rsid w:val="00DB1073"/>
    <w:rsid w:val="00DB1E9A"/>
    <w:rsid w:val="00DB2403"/>
    <w:rsid w:val="00DB30D1"/>
    <w:rsid w:val="00DB3947"/>
    <w:rsid w:val="00DB4122"/>
    <w:rsid w:val="00DB4F4B"/>
    <w:rsid w:val="00DB5755"/>
    <w:rsid w:val="00DB59C4"/>
    <w:rsid w:val="00DB5E87"/>
    <w:rsid w:val="00DB7475"/>
    <w:rsid w:val="00DC1C3F"/>
    <w:rsid w:val="00DC2595"/>
    <w:rsid w:val="00DC2DE5"/>
    <w:rsid w:val="00DC3A2C"/>
    <w:rsid w:val="00DC522D"/>
    <w:rsid w:val="00DC5715"/>
    <w:rsid w:val="00DC5B89"/>
    <w:rsid w:val="00DC5EA2"/>
    <w:rsid w:val="00DC5F83"/>
    <w:rsid w:val="00DC762F"/>
    <w:rsid w:val="00DD2BC8"/>
    <w:rsid w:val="00DD2D81"/>
    <w:rsid w:val="00DD6184"/>
    <w:rsid w:val="00DD6710"/>
    <w:rsid w:val="00DD6A06"/>
    <w:rsid w:val="00DD772B"/>
    <w:rsid w:val="00DD77E7"/>
    <w:rsid w:val="00DE0D06"/>
    <w:rsid w:val="00DE18FC"/>
    <w:rsid w:val="00DE34BF"/>
    <w:rsid w:val="00DE60B2"/>
    <w:rsid w:val="00DF0578"/>
    <w:rsid w:val="00DF1156"/>
    <w:rsid w:val="00DF243D"/>
    <w:rsid w:val="00DF3168"/>
    <w:rsid w:val="00DF3AE7"/>
    <w:rsid w:val="00DF4331"/>
    <w:rsid w:val="00DF439B"/>
    <w:rsid w:val="00DF5DA3"/>
    <w:rsid w:val="00E03D9B"/>
    <w:rsid w:val="00E03FF2"/>
    <w:rsid w:val="00E04006"/>
    <w:rsid w:val="00E052E9"/>
    <w:rsid w:val="00E05B8F"/>
    <w:rsid w:val="00E06B00"/>
    <w:rsid w:val="00E07069"/>
    <w:rsid w:val="00E1646D"/>
    <w:rsid w:val="00E20762"/>
    <w:rsid w:val="00E2109E"/>
    <w:rsid w:val="00E23129"/>
    <w:rsid w:val="00E23524"/>
    <w:rsid w:val="00E326D8"/>
    <w:rsid w:val="00E327E8"/>
    <w:rsid w:val="00E32EB3"/>
    <w:rsid w:val="00E3457A"/>
    <w:rsid w:val="00E34D38"/>
    <w:rsid w:val="00E34E86"/>
    <w:rsid w:val="00E3581A"/>
    <w:rsid w:val="00E40F83"/>
    <w:rsid w:val="00E41FCB"/>
    <w:rsid w:val="00E434A8"/>
    <w:rsid w:val="00E44152"/>
    <w:rsid w:val="00E45386"/>
    <w:rsid w:val="00E51842"/>
    <w:rsid w:val="00E51CFA"/>
    <w:rsid w:val="00E52D86"/>
    <w:rsid w:val="00E5323F"/>
    <w:rsid w:val="00E550E3"/>
    <w:rsid w:val="00E55ACC"/>
    <w:rsid w:val="00E57DA5"/>
    <w:rsid w:val="00E6216B"/>
    <w:rsid w:val="00E62687"/>
    <w:rsid w:val="00E63240"/>
    <w:rsid w:val="00E64B35"/>
    <w:rsid w:val="00E654FE"/>
    <w:rsid w:val="00E666B6"/>
    <w:rsid w:val="00E66D23"/>
    <w:rsid w:val="00E70549"/>
    <w:rsid w:val="00E70A63"/>
    <w:rsid w:val="00E70B7D"/>
    <w:rsid w:val="00E70E8A"/>
    <w:rsid w:val="00E727A1"/>
    <w:rsid w:val="00E72BB1"/>
    <w:rsid w:val="00E743BC"/>
    <w:rsid w:val="00E7654B"/>
    <w:rsid w:val="00E832E4"/>
    <w:rsid w:val="00E83CB2"/>
    <w:rsid w:val="00E83E87"/>
    <w:rsid w:val="00E840CC"/>
    <w:rsid w:val="00E84C6C"/>
    <w:rsid w:val="00E86B76"/>
    <w:rsid w:val="00E87308"/>
    <w:rsid w:val="00E923B6"/>
    <w:rsid w:val="00E92532"/>
    <w:rsid w:val="00E9350F"/>
    <w:rsid w:val="00E95410"/>
    <w:rsid w:val="00E976B2"/>
    <w:rsid w:val="00EA4638"/>
    <w:rsid w:val="00EA5AD5"/>
    <w:rsid w:val="00EA693F"/>
    <w:rsid w:val="00EB0332"/>
    <w:rsid w:val="00EB2DD9"/>
    <w:rsid w:val="00EB450F"/>
    <w:rsid w:val="00EB62F1"/>
    <w:rsid w:val="00EB6AFF"/>
    <w:rsid w:val="00EC2804"/>
    <w:rsid w:val="00EC431E"/>
    <w:rsid w:val="00EC5A8A"/>
    <w:rsid w:val="00EC7B23"/>
    <w:rsid w:val="00EC7BF7"/>
    <w:rsid w:val="00ED14A4"/>
    <w:rsid w:val="00ED1E2A"/>
    <w:rsid w:val="00ED34CC"/>
    <w:rsid w:val="00ED5228"/>
    <w:rsid w:val="00EE3889"/>
    <w:rsid w:val="00EE4C1E"/>
    <w:rsid w:val="00EF0722"/>
    <w:rsid w:val="00EF072D"/>
    <w:rsid w:val="00EF1DF8"/>
    <w:rsid w:val="00EF2DBD"/>
    <w:rsid w:val="00EF602A"/>
    <w:rsid w:val="00EF653F"/>
    <w:rsid w:val="00EF79D1"/>
    <w:rsid w:val="00F00111"/>
    <w:rsid w:val="00F01703"/>
    <w:rsid w:val="00F0521E"/>
    <w:rsid w:val="00F06E8E"/>
    <w:rsid w:val="00F0723F"/>
    <w:rsid w:val="00F077F6"/>
    <w:rsid w:val="00F10595"/>
    <w:rsid w:val="00F11BFD"/>
    <w:rsid w:val="00F15FA6"/>
    <w:rsid w:val="00F171D2"/>
    <w:rsid w:val="00F26632"/>
    <w:rsid w:val="00F30E60"/>
    <w:rsid w:val="00F32841"/>
    <w:rsid w:val="00F405E8"/>
    <w:rsid w:val="00F40866"/>
    <w:rsid w:val="00F47EB4"/>
    <w:rsid w:val="00F50D44"/>
    <w:rsid w:val="00F50E65"/>
    <w:rsid w:val="00F520F3"/>
    <w:rsid w:val="00F52157"/>
    <w:rsid w:val="00F53BD4"/>
    <w:rsid w:val="00F54528"/>
    <w:rsid w:val="00F57E6A"/>
    <w:rsid w:val="00F6057B"/>
    <w:rsid w:val="00F60B1F"/>
    <w:rsid w:val="00F61BD4"/>
    <w:rsid w:val="00F61C24"/>
    <w:rsid w:val="00F62DF4"/>
    <w:rsid w:val="00F62E79"/>
    <w:rsid w:val="00F63C43"/>
    <w:rsid w:val="00F75B30"/>
    <w:rsid w:val="00F76787"/>
    <w:rsid w:val="00F76F6D"/>
    <w:rsid w:val="00F774A2"/>
    <w:rsid w:val="00F82AC4"/>
    <w:rsid w:val="00F8332B"/>
    <w:rsid w:val="00F845DC"/>
    <w:rsid w:val="00F847EA"/>
    <w:rsid w:val="00F84C9E"/>
    <w:rsid w:val="00F8759C"/>
    <w:rsid w:val="00F8794D"/>
    <w:rsid w:val="00F90893"/>
    <w:rsid w:val="00F90BA4"/>
    <w:rsid w:val="00F91232"/>
    <w:rsid w:val="00F93D21"/>
    <w:rsid w:val="00F93D88"/>
    <w:rsid w:val="00F96B6E"/>
    <w:rsid w:val="00FA1D13"/>
    <w:rsid w:val="00FA2F8B"/>
    <w:rsid w:val="00FA3113"/>
    <w:rsid w:val="00FA34BE"/>
    <w:rsid w:val="00FA377C"/>
    <w:rsid w:val="00FA5C79"/>
    <w:rsid w:val="00FA6C41"/>
    <w:rsid w:val="00FB198A"/>
    <w:rsid w:val="00FB26D5"/>
    <w:rsid w:val="00FB31B0"/>
    <w:rsid w:val="00FB4EDB"/>
    <w:rsid w:val="00FB5524"/>
    <w:rsid w:val="00FB6001"/>
    <w:rsid w:val="00FC0954"/>
    <w:rsid w:val="00FC1132"/>
    <w:rsid w:val="00FC1513"/>
    <w:rsid w:val="00FC31C1"/>
    <w:rsid w:val="00FC3225"/>
    <w:rsid w:val="00FC60BC"/>
    <w:rsid w:val="00FC6417"/>
    <w:rsid w:val="00FC693F"/>
    <w:rsid w:val="00FC781D"/>
    <w:rsid w:val="00FD1E19"/>
    <w:rsid w:val="00FE01DD"/>
    <w:rsid w:val="00FE2003"/>
    <w:rsid w:val="00FE57BF"/>
    <w:rsid w:val="00FE5DB8"/>
    <w:rsid w:val="00FF7012"/>
    <w:rsid w:val="00FF719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CBEDEB"/>
  <w14:defaultImageDpi w14:val="300"/>
  <w15:docId w15:val="{5982582B-949B-433B-98E6-B0512898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B243B"/>
    <w:rPr>
      <w:color w:val="0000FF" w:themeColor="hyperlink"/>
      <w:u w:val="single"/>
    </w:rPr>
  </w:style>
  <w:style w:type="character" w:styleId="UnresolvedMention">
    <w:name w:val="Unresolved Mention"/>
    <w:basedOn w:val="DefaultParagraphFont"/>
    <w:uiPriority w:val="99"/>
    <w:semiHidden/>
    <w:unhideWhenUsed/>
    <w:rsid w:val="008B243B"/>
    <w:rPr>
      <w:color w:val="605E5C"/>
      <w:shd w:val="clear" w:color="auto" w:fill="E1DFDD"/>
    </w:rPr>
  </w:style>
  <w:style w:type="character" w:styleId="FollowedHyperlink">
    <w:name w:val="FollowedHyperlink"/>
    <w:basedOn w:val="DefaultParagraphFont"/>
    <w:uiPriority w:val="99"/>
    <w:semiHidden/>
    <w:unhideWhenUsed/>
    <w:rsid w:val="0003703F"/>
    <w:rPr>
      <w:color w:val="800080" w:themeColor="followedHyperlink"/>
      <w:u w:val="single"/>
    </w:rPr>
  </w:style>
  <w:style w:type="paragraph" w:styleId="NormalWeb">
    <w:name w:val="Normal (Web)"/>
    <w:basedOn w:val="Normal"/>
    <w:uiPriority w:val="99"/>
    <w:semiHidden/>
    <w:unhideWhenUsed/>
    <w:rsid w:val="003E1434"/>
    <w:rPr>
      <w:rFonts w:cs="Times New Roman"/>
      <w:szCs w:val="24"/>
    </w:rPr>
  </w:style>
  <w:style w:type="character" w:styleId="PlaceholderText">
    <w:name w:val="Placeholder Text"/>
    <w:basedOn w:val="DefaultParagraphFont"/>
    <w:uiPriority w:val="99"/>
    <w:semiHidden/>
    <w:rsid w:val="001B34D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jsstjourn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4</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Vikas Kolekar</cp:lastModifiedBy>
  <cp:revision>2262</cp:revision>
  <cp:lastPrinted>2026-06-26T19:55:00Z</cp:lastPrinted>
  <dcterms:created xsi:type="dcterms:W3CDTF">2013-12-23T23:15:00Z</dcterms:created>
  <dcterms:modified xsi:type="dcterms:W3CDTF">2026-06-26T19:58:00Z</dcterms:modified>
  <cp:category/>
</cp:coreProperties>
</file>