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5D265" w14:textId="77777777" w:rsidR="0050195B" w:rsidRDefault="0050195B" w:rsidP="0050195B">
      <w:pPr>
        <w:spacing w:after="0"/>
        <w:ind w:left="-284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5376ECA9" wp14:editId="1461F094">
            <wp:extent cx="869601" cy="896620"/>
            <wp:effectExtent l="0" t="0" r="6985" b="0"/>
            <wp:docPr id="1842648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648394" name="Picture 184264839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1392" cy="908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52D47" w14:textId="77777777" w:rsidR="0050195B" w:rsidRPr="00DA7C7B" w:rsidRDefault="0050195B" w:rsidP="0050195B">
      <w:pPr>
        <w:spacing w:after="0"/>
        <w:jc w:val="center"/>
        <w:rPr>
          <w:b/>
          <w:sz w:val="28"/>
          <w:szCs w:val="28"/>
        </w:rPr>
      </w:pPr>
      <w:r w:rsidRPr="00DA7C7B">
        <w:rPr>
          <w:b/>
          <w:sz w:val="28"/>
          <w:szCs w:val="28"/>
        </w:rPr>
        <w:t>Journal of Sustainable Smart Technologies (JSST)</w:t>
      </w:r>
    </w:p>
    <w:p w14:paraId="50487873" w14:textId="11400BDE" w:rsidR="009365C8" w:rsidRDefault="009365C8" w:rsidP="001B6C36">
      <w:pPr>
        <w:jc w:val="center"/>
        <w:rPr>
          <w:b/>
        </w:rPr>
      </w:pPr>
      <w:hyperlink r:id="rId7" w:history="1">
        <w:r w:rsidRPr="00B566A1">
          <w:rPr>
            <w:rStyle w:val="Hyperlink"/>
            <w:b/>
          </w:rPr>
          <w:t>https://jsstjournal.com</w:t>
        </w:r>
      </w:hyperlink>
    </w:p>
    <w:p w14:paraId="20F10F95" w14:textId="1A83E081" w:rsidR="00E1323B" w:rsidRDefault="00000000" w:rsidP="001B6C36">
      <w:pPr>
        <w:jc w:val="center"/>
      </w:pPr>
      <w:r>
        <w:rPr>
          <w:b/>
        </w:rPr>
        <w:br/>
      </w:r>
      <w:r w:rsidRPr="00DA7C7B">
        <w:rPr>
          <w:b/>
          <w:sz w:val="24"/>
          <w:szCs w:val="24"/>
        </w:rPr>
        <w:t>Reviewer Evaluation Form</w:t>
      </w:r>
    </w:p>
    <w:p w14:paraId="5AEF847E" w14:textId="77777777" w:rsidR="00E1323B" w:rsidRDefault="00E1323B"/>
    <w:p w14:paraId="31BACCE9" w14:textId="77777777" w:rsidR="00E1323B" w:rsidRDefault="00000000">
      <w:r>
        <w:t>Manuscript ID: ______________________________________________</w:t>
      </w:r>
    </w:p>
    <w:p w14:paraId="6653D923" w14:textId="77777777" w:rsidR="00E1323B" w:rsidRDefault="00000000">
      <w:r>
        <w:t>Manuscript Title: ____________________________________________</w:t>
      </w:r>
    </w:p>
    <w:p w14:paraId="39BE1365" w14:textId="77777777" w:rsidR="00E1323B" w:rsidRDefault="00000000">
      <w:r>
        <w:t>Reviewer Name: ______________________________________________</w:t>
      </w:r>
    </w:p>
    <w:p w14:paraId="4BFAD0F3" w14:textId="77777777" w:rsidR="00E1323B" w:rsidRDefault="00000000">
      <w:r>
        <w:t>Affiliation: _________________________________________________</w:t>
      </w:r>
    </w:p>
    <w:p w14:paraId="702ECA26" w14:textId="77777777" w:rsidR="00E1323B" w:rsidRDefault="00000000">
      <w:r>
        <w:t>Email: _______________________________________________________</w:t>
      </w:r>
    </w:p>
    <w:p w14:paraId="4E0E05C5" w14:textId="77777777" w:rsidR="00E1323B" w:rsidRDefault="00E1323B"/>
    <w:p w14:paraId="0B003B0C" w14:textId="77777777" w:rsidR="00E1323B" w:rsidRDefault="00000000">
      <w:r>
        <w:t>Evaluation Criteria (Rate 1–5):</w:t>
      </w:r>
    </w:p>
    <w:p w14:paraId="22E60517" w14:textId="77777777" w:rsidR="00E1323B" w:rsidRDefault="00000000">
      <w:r>
        <w:t>Originality: ____________</w:t>
      </w:r>
    </w:p>
    <w:p w14:paraId="6D5E1300" w14:textId="77777777" w:rsidR="00E1323B" w:rsidRDefault="00000000">
      <w:r>
        <w:t>Technical Quality: ____________</w:t>
      </w:r>
    </w:p>
    <w:p w14:paraId="4D0BEA6C" w14:textId="77777777" w:rsidR="00E1323B" w:rsidRDefault="00000000">
      <w:r>
        <w:t>Clarity of Presentation: ____________</w:t>
      </w:r>
    </w:p>
    <w:p w14:paraId="5D2D2226" w14:textId="77777777" w:rsidR="00E1323B" w:rsidRDefault="00000000">
      <w:r>
        <w:t>Significance of Work: ____________</w:t>
      </w:r>
    </w:p>
    <w:p w14:paraId="278401BE" w14:textId="77777777" w:rsidR="00E1323B" w:rsidRDefault="00000000">
      <w:r>
        <w:t>References Quality: ____________</w:t>
      </w:r>
    </w:p>
    <w:p w14:paraId="0E43AC1F" w14:textId="77777777" w:rsidR="00E1323B" w:rsidRDefault="00E1323B"/>
    <w:p w14:paraId="552EC96C" w14:textId="77777777" w:rsidR="00E1323B" w:rsidRDefault="00000000">
      <w:r>
        <w:t>Recommendation (Select one):</w:t>
      </w:r>
    </w:p>
    <w:p w14:paraId="7EF21BDB" w14:textId="77777777" w:rsidR="00E1323B" w:rsidRDefault="00000000">
      <w:r>
        <w:t>Accept</w:t>
      </w:r>
    </w:p>
    <w:p w14:paraId="2923A8C8" w14:textId="77777777" w:rsidR="00E1323B" w:rsidRDefault="00000000">
      <w:r>
        <w:t>Minor Revision</w:t>
      </w:r>
    </w:p>
    <w:p w14:paraId="580EBCD3" w14:textId="77777777" w:rsidR="00E1323B" w:rsidRDefault="00000000">
      <w:r>
        <w:t>Major Revision</w:t>
      </w:r>
    </w:p>
    <w:p w14:paraId="486EBF05" w14:textId="77777777" w:rsidR="00E1323B" w:rsidRDefault="00000000">
      <w:r>
        <w:t>Reject</w:t>
      </w:r>
    </w:p>
    <w:p w14:paraId="5BA310E2" w14:textId="77777777" w:rsidR="00E1323B" w:rsidRDefault="00E1323B"/>
    <w:p w14:paraId="19CBA7CA" w14:textId="77777777" w:rsidR="00E1323B" w:rsidRDefault="00000000">
      <w:r>
        <w:t>Comments to Authors:</w:t>
      </w:r>
    </w:p>
    <w:p w14:paraId="34F0A343" w14:textId="77777777" w:rsidR="00E1323B" w:rsidRDefault="00000000">
      <w:r>
        <w:t>______________________________________________________________</w:t>
      </w:r>
    </w:p>
    <w:p w14:paraId="0EB401A2" w14:textId="77777777" w:rsidR="00E1323B" w:rsidRDefault="00000000">
      <w:r>
        <w:lastRenderedPageBreak/>
        <w:t>______________________________________________________________</w:t>
      </w:r>
    </w:p>
    <w:p w14:paraId="2AAF517C" w14:textId="77777777" w:rsidR="00E1323B" w:rsidRDefault="00E1323B"/>
    <w:p w14:paraId="22D5CD47" w14:textId="77777777" w:rsidR="00E1323B" w:rsidRDefault="00000000">
      <w:r>
        <w:t>Confidential Comments to Editor:</w:t>
      </w:r>
    </w:p>
    <w:p w14:paraId="7F30DE5A" w14:textId="77777777" w:rsidR="00E1323B" w:rsidRDefault="00000000">
      <w:r>
        <w:t>______________________________________________________________</w:t>
      </w:r>
    </w:p>
    <w:p w14:paraId="10CF206E" w14:textId="77777777" w:rsidR="00E1323B" w:rsidRDefault="00000000">
      <w:r>
        <w:t>______________________________________________________________</w:t>
      </w:r>
    </w:p>
    <w:p w14:paraId="751BC7A4" w14:textId="77777777" w:rsidR="00E1323B" w:rsidRDefault="00E1323B"/>
    <w:p w14:paraId="45C6DACF" w14:textId="77777777" w:rsidR="00E1323B" w:rsidRDefault="00000000">
      <w:r>
        <w:t>Reviewer Signature: ____________________________</w:t>
      </w:r>
    </w:p>
    <w:p w14:paraId="78C51754" w14:textId="77777777" w:rsidR="00E1323B" w:rsidRDefault="00000000">
      <w:r>
        <w:t>Date: ____________________________</w:t>
      </w:r>
    </w:p>
    <w:sectPr w:rsidR="00E1323B" w:rsidSect="0050195B">
      <w:pgSz w:w="12240" w:h="15840"/>
      <w:pgMar w:top="568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18804">
    <w:abstractNumId w:val="8"/>
  </w:num>
  <w:num w:numId="2" w16cid:durableId="831871300">
    <w:abstractNumId w:val="6"/>
  </w:num>
  <w:num w:numId="3" w16cid:durableId="1305312472">
    <w:abstractNumId w:val="5"/>
  </w:num>
  <w:num w:numId="4" w16cid:durableId="2033072417">
    <w:abstractNumId w:val="4"/>
  </w:num>
  <w:num w:numId="5" w16cid:durableId="487984907">
    <w:abstractNumId w:val="7"/>
  </w:num>
  <w:num w:numId="6" w16cid:durableId="677926129">
    <w:abstractNumId w:val="3"/>
  </w:num>
  <w:num w:numId="7" w16cid:durableId="422922884">
    <w:abstractNumId w:val="2"/>
  </w:num>
  <w:num w:numId="8" w16cid:durableId="627471158">
    <w:abstractNumId w:val="1"/>
  </w:num>
  <w:num w:numId="9" w16cid:durableId="1890679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6E64"/>
    <w:rsid w:val="0015074B"/>
    <w:rsid w:val="001B6C36"/>
    <w:rsid w:val="0029639D"/>
    <w:rsid w:val="002A14A3"/>
    <w:rsid w:val="00326F90"/>
    <w:rsid w:val="004946D9"/>
    <w:rsid w:val="0050195B"/>
    <w:rsid w:val="009365C8"/>
    <w:rsid w:val="00AA1D8D"/>
    <w:rsid w:val="00B47730"/>
    <w:rsid w:val="00CB0664"/>
    <w:rsid w:val="00DA7C7B"/>
    <w:rsid w:val="00E1323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A5BCA4"/>
  <w14:defaultImageDpi w14:val="300"/>
  <w15:docId w15:val="{7CFD3ED9-B937-4399-B82B-1132D82C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1B6C3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6C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jsstjourna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Vikas Kolekar</cp:lastModifiedBy>
  <cp:revision>9</cp:revision>
  <dcterms:created xsi:type="dcterms:W3CDTF">2013-12-23T23:15:00Z</dcterms:created>
  <dcterms:modified xsi:type="dcterms:W3CDTF">2026-06-26T19:17:00Z</dcterms:modified>
  <cp:category/>
</cp:coreProperties>
</file>